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E00E9" w14:textId="6F123817" w:rsidR="00CD3C79" w:rsidRPr="008151CC" w:rsidRDefault="007227FF" w:rsidP="00C7109E">
      <w:pPr>
        <w:rPr>
          <w:rFonts w:ascii="Sofia Pro" w:hAnsi="Sofia Pro"/>
          <w:b/>
          <w:color w:val="465AA5"/>
          <w:sz w:val="36"/>
        </w:rPr>
      </w:pPr>
      <w:r w:rsidRPr="008151CC">
        <w:rPr>
          <w:rFonts w:ascii="Sofia Pro" w:hAnsi="Sofia Pro"/>
          <w:b/>
          <w:color w:val="465AA5"/>
          <w:sz w:val="36"/>
        </w:rPr>
        <w:t xml:space="preserve">Mietgesuch </w:t>
      </w:r>
      <w:r w:rsidR="00326872" w:rsidRPr="008151CC">
        <w:rPr>
          <w:rFonts w:ascii="Sofia Pro" w:hAnsi="Sofia Pro"/>
          <w:b/>
          <w:color w:val="465AA5"/>
          <w:sz w:val="36"/>
        </w:rPr>
        <w:t>Startup Pilatus</w:t>
      </w:r>
    </w:p>
    <w:p w14:paraId="31866D4B" w14:textId="77777777" w:rsidR="00CD3C79" w:rsidRPr="00A0412B" w:rsidRDefault="007227FF">
      <w:pPr>
        <w:spacing w:before="160" w:after="80"/>
        <w:rPr>
          <w:rFonts w:ascii="Sofia Pro" w:hAnsi="Sofia Pro"/>
          <w:sz w:val="18"/>
          <w:szCs w:val="20"/>
        </w:rPr>
      </w:pPr>
      <w:r w:rsidRPr="00A0412B">
        <w:rPr>
          <w:rFonts w:ascii="Sofia Pro" w:hAnsi="Sofia Pro"/>
          <w:b/>
          <w:sz w:val="24"/>
          <w:szCs w:val="20"/>
        </w:rPr>
        <w:t>1. Angaben zum gewünschten Mietobjekt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5941"/>
      </w:tblGrid>
      <w:tr w:rsidR="00CD3C79" w:rsidRPr="002D762C" w14:paraId="55246424" w14:textId="77777777" w:rsidTr="009B06A2">
        <w:trPr>
          <w:jc w:val="center"/>
        </w:trPr>
        <w:tc>
          <w:tcPr>
            <w:tcW w:w="2689" w:type="dxa"/>
            <w:vAlign w:val="center"/>
          </w:tcPr>
          <w:p w14:paraId="7725B15B" w14:textId="77777777" w:rsidR="00CD3C79" w:rsidRPr="00060967" w:rsidRDefault="007227FF">
            <w:pPr>
              <w:rPr>
                <w:rFonts w:ascii="Sofia Pro" w:hAnsi="Sofia Pro"/>
                <w:b/>
                <w:bCs/>
              </w:rPr>
            </w:pPr>
            <w:r w:rsidRPr="00060967">
              <w:rPr>
                <w:rFonts w:ascii="Sofia Pro" w:hAnsi="Sofia Pro"/>
                <w:b/>
                <w:bCs/>
              </w:rPr>
              <w:t>Mietobjekt</w:t>
            </w:r>
          </w:p>
        </w:tc>
        <w:tc>
          <w:tcPr>
            <w:tcW w:w="5941" w:type="dxa"/>
            <w:vAlign w:val="center"/>
          </w:tcPr>
          <w:p w14:paraId="7C11E252" w14:textId="0A486B72" w:rsidR="00CD3C79" w:rsidRPr="002D762C" w:rsidRDefault="00C7109E">
            <w:pPr>
              <w:rPr>
                <w:rFonts w:ascii="Sofia Pro" w:hAnsi="Sofia Pro"/>
              </w:rPr>
            </w:pPr>
            <w:r w:rsidRPr="002D762C">
              <w:rPr>
                <w:rFonts w:ascii="Sofia Pro" w:hAnsi="Sofia Pro"/>
              </w:rPr>
              <w:t>Startup Pilatus</w:t>
            </w:r>
            <w:r w:rsidR="00A0412B">
              <w:rPr>
                <w:rFonts w:ascii="Sofia Pro" w:hAnsi="Sofia Pro"/>
              </w:rPr>
              <w:t xml:space="preserve"> / </w:t>
            </w:r>
            <w:r w:rsidRPr="002D762C">
              <w:rPr>
                <w:rFonts w:ascii="Sofia Pro" w:hAnsi="Sofia Pro"/>
              </w:rPr>
              <w:t>Kägiswilerstrasse 17</w:t>
            </w:r>
            <w:r w:rsidR="00A0412B">
              <w:rPr>
                <w:rFonts w:ascii="Sofia Pro" w:hAnsi="Sofia Pro"/>
              </w:rPr>
              <w:t xml:space="preserve"> / </w:t>
            </w:r>
            <w:r w:rsidRPr="002D762C">
              <w:rPr>
                <w:rFonts w:ascii="Sofia Pro" w:hAnsi="Sofia Pro"/>
              </w:rPr>
              <w:t>6060 Sarnen</w:t>
            </w:r>
          </w:p>
        </w:tc>
      </w:tr>
      <w:tr w:rsidR="00CD3C79" w:rsidRPr="002D762C" w14:paraId="353AA9DC" w14:textId="77777777" w:rsidTr="009B06A2">
        <w:trPr>
          <w:trHeight w:val="427"/>
          <w:jc w:val="center"/>
        </w:trPr>
        <w:tc>
          <w:tcPr>
            <w:tcW w:w="2689" w:type="dxa"/>
            <w:vAlign w:val="center"/>
          </w:tcPr>
          <w:p w14:paraId="702298C2" w14:textId="77777777" w:rsidR="00CD3C79" w:rsidRPr="00060967" w:rsidRDefault="007227FF">
            <w:pPr>
              <w:rPr>
                <w:rFonts w:ascii="Sofia Pro" w:hAnsi="Sofia Pro"/>
                <w:b/>
                <w:bCs/>
              </w:rPr>
            </w:pPr>
            <w:r w:rsidRPr="00060967">
              <w:rPr>
                <w:rFonts w:ascii="Sofia Pro" w:hAnsi="Sofia Pro"/>
                <w:b/>
                <w:bCs/>
              </w:rPr>
              <w:t>Anzahl Büroräume</w:t>
            </w:r>
          </w:p>
        </w:tc>
        <w:tc>
          <w:tcPr>
            <w:tcW w:w="5941" w:type="dxa"/>
            <w:vAlign w:val="center"/>
          </w:tcPr>
          <w:p w14:paraId="7A4B48F4" w14:textId="388DC11C" w:rsidR="00004494" w:rsidRPr="002D762C" w:rsidRDefault="00C77129">
            <w:pPr>
              <w:rPr>
                <w:rFonts w:ascii="Sofia Pro" w:hAnsi="Sofia Pro"/>
              </w:rPr>
            </w:pPr>
            <w:r>
              <w:rPr>
                <w:rFonts w:ascii="Sofia Pro" w:hAnsi="Sofia Pr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</w:rPr>
              <w:instrText xml:space="preserve"> FORMTEXT </w:instrText>
            </w:r>
            <w:r>
              <w:rPr>
                <w:rFonts w:ascii="Sofia Pro" w:hAnsi="Sofia Pro"/>
              </w:rPr>
            </w:r>
            <w:r>
              <w:rPr>
                <w:rFonts w:ascii="Sofia Pro" w:hAnsi="Sofia Pro"/>
              </w:rPr>
              <w:fldChar w:fldCharType="separate"/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</w:rPr>
              <w:fldChar w:fldCharType="end"/>
            </w:r>
          </w:p>
        </w:tc>
      </w:tr>
      <w:tr w:rsidR="00CD3C79" w:rsidRPr="002D762C" w14:paraId="156B5929" w14:textId="77777777" w:rsidTr="009B06A2">
        <w:trPr>
          <w:jc w:val="center"/>
        </w:trPr>
        <w:tc>
          <w:tcPr>
            <w:tcW w:w="2689" w:type="dxa"/>
            <w:vAlign w:val="center"/>
          </w:tcPr>
          <w:p w14:paraId="26932215" w14:textId="77777777" w:rsidR="00CD3C79" w:rsidRPr="00060967" w:rsidRDefault="007227FF" w:rsidP="000352DC">
            <w:pPr>
              <w:spacing w:before="40" w:after="40"/>
              <w:rPr>
                <w:rFonts w:ascii="Sofia Pro" w:hAnsi="Sofia Pro"/>
                <w:b/>
                <w:bCs/>
              </w:rPr>
            </w:pPr>
            <w:r w:rsidRPr="00060967">
              <w:rPr>
                <w:rFonts w:ascii="Sofia Pro" w:hAnsi="Sofia Pro"/>
                <w:b/>
                <w:bCs/>
              </w:rPr>
              <w:t>Gewünschte Fläche in m²</w:t>
            </w:r>
          </w:p>
        </w:tc>
        <w:tc>
          <w:tcPr>
            <w:tcW w:w="5941" w:type="dxa"/>
            <w:vAlign w:val="center"/>
          </w:tcPr>
          <w:p w14:paraId="758F4C34" w14:textId="1FC09403" w:rsidR="00004494" w:rsidRPr="002D762C" w:rsidRDefault="00C77129">
            <w:pPr>
              <w:rPr>
                <w:rFonts w:ascii="Sofia Pro" w:hAnsi="Sofia Pro"/>
              </w:rPr>
            </w:pPr>
            <w:r>
              <w:rPr>
                <w:rFonts w:ascii="Sofia Pro" w:hAnsi="Sofia Pr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</w:rPr>
              <w:instrText xml:space="preserve"> FORMTEXT </w:instrText>
            </w:r>
            <w:r>
              <w:rPr>
                <w:rFonts w:ascii="Sofia Pro" w:hAnsi="Sofia Pro"/>
              </w:rPr>
            </w:r>
            <w:r>
              <w:rPr>
                <w:rFonts w:ascii="Sofia Pro" w:hAnsi="Sofia Pro"/>
              </w:rPr>
              <w:fldChar w:fldCharType="separate"/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</w:rPr>
              <w:fldChar w:fldCharType="end"/>
            </w:r>
          </w:p>
        </w:tc>
      </w:tr>
      <w:tr w:rsidR="00A0412B" w:rsidRPr="002D762C" w14:paraId="4B6D233F" w14:textId="77777777" w:rsidTr="009B06A2">
        <w:trPr>
          <w:trHeight w:val="255"/>
          <w:jc w:val="center"/>
        </w:trPr>
        <w:tc>
          <w:tcPr>
            <w:tcW w:w="2689" w:type="dxa"/>
            <w:vMerge w:val="restart"/>
            <w:vAlign w:val="center"/>
          </w:tcPr>
          <w:p w14:paraId="52482D85" w14:textId="77777777" w:rsidR="00A0412B" w:rsidRPr="00060967" w:rsidRDefault="00A0412B">
            <w:pPr>
              <w:rPr>
                <w:rFonts w:ascii="Sofia Pro" w:hAnsi="Sofia Pro"/>
                <w:b/>
                <w:bCs/>
              </w:rPr>
            </w:pPr>
            <w:r w:rsidRPr="00060967">
              <w:rPr>
                <w:rFonts w:ascii="Sofia Pro" w:hAnsi="Sofia Pro"/>
                <w:b/>
                <w:bCs/>
              </w:rPr>
              <w:t>Mietbeginn</w:t>
            </w:r>
          </w:p>
        </w:tc>
        <w:tc>
          <w:tcPr>
            <w:tcW w:w="5941" w:type="dxa"/>
            <w:vAlign w:val="center"/>
          </w:tcPr>
          <w:p w14:paraId="360726ED" w14:textId="789AD3FF" w:rsidR="00A0412B" w:rsidRPr="002D762C" w:rsidRDefault="00C77129">
            <w:pPr>
              <w:rPr>
                <w:rFonts w:ascii="Sofia Pro" w:hAnsi="Sofia Pro"/>
              </w:rPr>
            </w:pPr>
            <w:r>
              <w:rPr>
                <w:rFonts w:ascii="Sofia Pro" w:hAnsi="Sofia Pro"/>
              </w:rPr>
              <w:t xml:space="preserve">Frühestens: </w:t>
            </w:r>
            <w:r>
              <w:rPr>
                <w:rFonts w:ascii="Sofia Pro" w:hAnsi="Sofia Pr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</w:rPr>
              <w:instrText xml:space="preserve"> FORMTEXT </w:instrText>
            </w:r>
            <w:r>
              <w:rPr>
                <w:rFonts w:ascii="Sofia Pro" w:hAnsi="Sofia Pro"/>
              </w:rPr>
            </w:r>
            <w:r>
              <w:rPr>
                <w:rFonts w:ascii="Sofia Pro" w:hAnsi="Sofia Pro"/>
              </w:rPr>
              <w:fldChar w:fldCharType="separate"/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</w:rPr>
              <w:fldChar w:fldCharType="end"/>
            </w:r>
          </w:p>
        </w:tc>
      </w:tr>
      <w:tr w:rsidR="00A0412B" w:rsidRPr="002D762C" w14:paraId="78867607" w14:textId="77777777" w:rsidTr="009B06A2">
        <w:trPr>
          <w:trHeight w:val="255"/>
          <w:jc w:val="center"/>
        </w:trPr>
        <w:tc>
          <w:tcPr>
            <w:tcW w:w="2689" w:type="dxa"/>
            <w:vMerge/>
            <w:vAlign w:val="center"/>
          </w:tcPr>
          <w:p w14:paraId="18095C0A" w14:textId="77777777" w:rsidR="00A0412B" w:rsidRPr="00060967" w:rsidRDefault="00A0412B">
            <w:pPr>
              <w:rPr>
                <w:rFonts w:ascii="Sofia Pro" w:hAnsi="Sofia Pro"/>
                <w:b/>
                <w:bCs/>
              </w:rPr>
            </w:pPr>
          </w:p>
        </w:tc>
        <w:tc>
          <w:tcPr>
            <w:tcW w:w="5941" w:type="dxa"/>
            <w:vAlign w:val="center"/>
          </w:tcPr>
          <w:p w14:paraId="3A1CA8DA" w14:textId="3D381433" w:rsidR="00A0412B" w:rsidRPr="002D762C" w:rsidRDefault="00C77129">
            <w:pPr>
              <w:rPr>
                <w:rFonts w:ascii="Sofia Pro" w:hAnsi="Sofia Pro"/>
              </w:rPr>
            </w:pPr>
            <w:r>
              <w:rPr>
                <w:rFonts w:ascii="Sofia Pro" w:hAnsi="Sofia Pro"/>
              </w:rPr>
              <w:t xml:space="preserve">Spätestens: </w:t>
            </w:r>
            <w:r>
              <w:rPr>
                <w:rFonts w:ascii="Sofia Pro" w:hAnsi="Sofia Pr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</w:rPr>
              <w:instrText xml:space="preserve"> FORMTEXT </w:instrText>
            </w:r>
            <w:r>
              <w:rPr>
                <w:rFonts w:ascii="Sofia Pro" w:hAnsi="Sofia Pro"/>
              </w:rPr>
            </w:r>
            <w:r>
              <w:rPr>
                <w:rFonts w:ascii="Sofia Pro" w:hAnsi="Sofia Pro"/>
              </w:rPr>
              <w:fldChar w:fldCharType="separate"/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</w:rPr>
              <w:fldChar w:fldCharType="end"/>
            </w:r>
          </w:p>
        </w:tc>
      </w:tr>
      <w:tr w:rsidR="00CD3C79" w:rsidRPr="002D762C" w14:paraId="11DE3FC5" w14:textId="77777777" w:rsidTr="009B06A2">
        <w:trPr>
          <w:jc w:val="center"/>
        </w:trPr>
        <w:tc>
          <w:tcPr>
            <w:tcW w:w="2689" w:type="dxa"/>
            <w:vAlign w:val="center"/>
          </w:tcPr>
          <w:p w14:paraId="34EDF6DD" w14:textId="77777777" w:rsidR="00CD3C79" w:rsidRPr="00060967" w:rsidRDefault="007227FF">
            <w:pPr>
              <w:rPr>
                <w:rFonts w:ascii="Sofia Pro" w:hAnsi="Sofia Pro"/>
                <w:b/>
                <w:bCs/>
              </w:rPr>
            </w:pPr>
            <w:r w:rsidRPr="00060967">
              <w:rPr>
                <w:rFonts w:ascii="Sofia Pro" w:hAnsi="Sofia Pro"/>
                <w:b/>
                <w:bCs/>
              </w:rPr>
              <w:t>Bemerkungen</w:t>
            </w:r>
          </w:p>
        </w:tc>
        <w:tc>
          <w:tcPr>
            <w:tcW w:w="5941" w:type="dxa"/>
            <w:vAlign w:val="center"/>
          </w:tcPr>
          <w:p w14:paraId="18F8DE4E" w14:textId="77777777" w:rsidR="00CD3C79" w:rsidRPr="002D762C" w:rsidRDefault="00CD3C79">
            <w:pPr>
              <w:rPr>
                <w:rFonts w:ascii="Sofia Pro" w:hAnsi="Sofia Pro"/>
              </w:rPr>
            </w:pPr>
          </w:p>
          <w:p w14:paraId="665088D4" w14:textId="76371006" w:rsidR="00C7109E" w:rsidRDefault="00C77129">
            <w:pPr>
              <w:rPr>
                <w:rFonts w:ascii="Sofia Pro" w:hAnsi="Sofia Pro"/>
              </w:rPr>
            </w:pPr>
            <w:r>
              <w:rPr>
                <w:rFonts w:ascii="Sofia Pro" w:hAnsi="Sofia Pr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</w:rPr>
              <w:instrText xml:space="preserve"> FORMTEXT </w:instrText>
            </w:r>
            <w:r>
              <w:rPr>
                <w:rFonts w:ascii="Sofia Pro" w:hAnsi="Sofia Pro"/>
              </w:rPr>
            </w:r>
            <w:r>
              <w:rPr>
                <w:rFonts w:ascii="Sofia Pro" w:hAnsi="Sofia Pro"/>
              </w:rPr>
              <w:fldChar w:fldCharType="separate"/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</w:rPr>
              <w:fldChar w:fldCharType="end"/>
            </w:r>
          </w:p>
          <w:p w14:paraId="282440FF" w14:textId="77777777" w:rsidR="00B265A6" w:rsidRPr="002D762C" w:rsidRDefault="00B265A6">
            <w:pPr>
              <w:rPr>
                <w:rFonts w:ascii="Sofia Pro" w:hAnsi="Sofia Pro"/>
              </w:rPr>
            </w:pPr>
          </w:p>
        </w:tc>
      </w:tr>
    </w:tbl>
    <w:p w14:paraId="164126D6" w14:textId="77777777" w:rsidR="00CD3C79" w:rsidRPr="000352DC" w:rsidRDefault="00CD3C79">
      <w:pPr>
        <w:rPr>
          <w:rFonts w:ascii="Sofia Pro" w:hAnsi="Sofia Pro"/>
          <w:sz w:val="4"/>
          <w:szCs w:val="6"/>
        </w:rPr>
      </w:pPr>
    </w:p>
    <w:p w14:paraId="3162F49C" w14:textId="77777777" w:rsidR="00A0412B" w:rsidRPr="00B265A6" w:rsidRDefault="00A0412B" w:rsidP="00A0412B">
      <w:pPr>
        <w:spacing w:before="160" w:after="80"/>
        <w:rPr>
          <w:rFonts w:ascii="Sofia Pro" w:hAnsi="Sofia Pro"/>
          <w:b/>
          <w:sz w:val="24"/>
          <w:szCs w:val="20"/>
        </w:rPr>
      </w:pPr>
      <w:r w:rsidRPr="00B265A6">
        <w:rPr>
          <w:rFonts w:ascii="Sofia Pro" w:hAnsi="Sofia Pro"/>
          <w:b/>
          <w:sz w:val="24"/>
          <w:szCs w:val="20"/>
        </w:rPr>
        <w:t>2. Angaben zum Unternehmen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5941"/>
      </w:tblGrid>
      <w:tr w:rsidR="00A0412B" w:rsidRPr="002D762C" w14:paraId="1A262170" w14:textId="77777777" w:rsidTr="009B06A2">
        <w:trPr>
          <w:jc w:val="center"/>
        </w:trPr>
        <w:tc>
          <w:tcPr>
            <w:tcW w:w="2689" w:type="dxa"/>
            <w:vAlign w:val="center"/>
          </w:tcPr>
          <w:p w14:paraId="3C4EE4E1" w14:textId="77777777" w:rsidR="00A0412B" w:rsidRPr="000352DC" w:rsidRDefault="00A0412B" w:rsidP="000352DC">
            <w:pPr>
              <w:spacing w:before="40" w:after="40"/>
              <w:rPr>
                <w:rFonts w:ascii="Sofia Pro" w:hAnsi="Sofia Pro"/>
                <w:b/>
              </w:rPr>
            </w:pPr>
            <w:r w:rsidRPr="000352DC">
              <w:rPr>
                <w:rFonts w:ascii="Sofia Pro" w:hAnsi="Sofia Pro"/>
                <w:b/>
              </w:rPr>
              <w:t>Firmennamen</w:t>
            </w:r>
          </w:p>
        </w:tc>
        <w:tc>
          <w:tcPr>
            <w:tcW w:w="5941" w:type="dxa"/>
            <w:vAlign w:val="center"/>
          </w:tcPr>
          <w:p w14:paraId="39AF6E45" w14:textId="6EB27EF2" w:rsidR="00A0412B" w:rsidRPr="002D762C" w:rsidRDefault="00C77129" w:rsidP="00E21137">
            <w:pPr>
              <w:rPr>
                <w:rFonts w:ascii="Sofia Pro" w:hAnsi="Sofia Pro"/>
              </w:rPr>
            </w:pPr>
            <w:r>
              <w:rPr>
                <w:rFonts w:ascii="Sofia Pro" w:hAnsi="Sofia Pr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</w:rPr>
              <w:instrText xml:space="preserve"> FORMTEXT </w:instrText>
            </w:r>
            <w:r>
              <w:rPr>
                <w:rFonts w:ascii="Sofia Pro" w:hAnsi="Sofia Pro"/>
              </w:rPr>
            </w:r>
            <w:r>
              <w:rPr>
                <w:rFonts w:ascii="Sofia Pro" w:hAnsi="Sofia Pro"/>
              </w:rPr>
              <w:fldChar w:fldCharType="separate"/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</w:rPr>
              <w:fldChar w:fldCharType="end"/>
            </w:r>
          </w:p>
        </w:tc>
      </w:tr>
      <w:tr w:rsidR="00A0412B" w:rsidRPr="002D762C" w14:paraId="27C65F55" w14:textId="77777777" w:rsidTr="009B06A2">
        <w:trPr>
          <w:jc w:val="center"/>
        </w:trPr>
        <w:tc>
          <w:tcPr>
            <w:tcW w:w="2689" w:type="dxa"/>
            <w:vAlign w:val="center"/>
          </w:tcPr>
          <w:p w14:paraId="43DD8D65" w14:textId="77777777" w:rsidR="00A0412B" w:rsidRPr="000352DC" w:rsidRDefault="00A0412B" w:rsidP="000352DC">
            <w:pPr>
              <w:spacing w:before="40" w:after="40"/>
              <w:rPr>
                <w:rFonts w:ascii="Sofia Pro" w:hAnsi="Sofia Pro"/>
                <w:b/>
              </w:rPr>
            </w:pPr>
            <w:r w:rsidRPr="000352DC">
              <w:rPr>
                <w:rFonts w:ascii="Sofia Pro" w:hAnsi="Sofia Pro"/>
                <w:b/>
              </w:rPr>
              <w:t>Inhaber/in</w:t>
            </w:r>
          </w:p>
        </w:tc>
        <w:tc>
          <w:tcPr>
            <w:tcW w:w="5941" w:type="dxa"/>
            <w:vAlign w:val="center"/>
          </w:tcPr>
          <w:p w14:paraId="25862F03" w14:textId="4E9498B6" w:rsidR="00A0412B" w:rsidRPr="002D762C" w:rsidRDefault="00C77129" w:rsidP="00E21137">
            <w:pPr>
              <w:rPr>
                <w:rFonts w:ascii="Sofia Pro" w:hAnsi="Sofia Pro"/>
              </w:rPr>
            </w:pPr>
            <w:r>
              <w:rPr>
                <w:rFonts w:ascii="Sofia Pro" w:hAnsi="Sofia Pr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</w:rPr>
              <w:instrText xml:space="preserve"> FORMTEXT </w:instrText>
            </w:r>
            <w:r>
              <w:rPr>
                <w:rFonts w:ascii="Sofia Pro" w:hAnsi="Sofia Pro"/>
              </w:rPr>
            </w:r>
            <w:r>
              <w:rPr>
                <w:rFonts w:ascii="Sofia Pro" w:hAnsi="Sofia Pro"/>
              </w:rPr>
              <w:fldChar w:fldCharType="separate"/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</w:rPr>
              <w:fldChar w:fldCharType="end"/>
            </w:r>
          </w:p>
        </w:tc>
      </w:tr>
      <w:tr w:rsidR="00A0412B" w:rsidRPr="002D762C" w14:paraId="36C689A1" w14:textId="77777777" w:rsidTr="009B06A2">
        <w:trPr>
          <w:jc w:val="center"/>
        </w:trPr>
        <w:tc>
          <w:tcPr>
            <w:tcW w:w="2689" w:type="dxa"/>
            <w:vAlign w:val="center"/>
          </w:tcPr>
          <w:p w14:paraId="0044002C" w14:textId="68DAF182" w:rsidR="00A0412B" w:rsidRPr="000352DC" w:rsidRDefault="00A0412B" w:rsidP="000352DC">
            <w:pPr>
              <w:spacing w:before="40" w:after="40"/>
              <w:rPr>
                <w:rFonts w:ascii="Sofia Pro" w:hAnsi="Sofia Pro"/>
                <w:b/>
              </w:rPr>
            </w:pPr>
            <w:r w:rsidRPr="000352DC">
              <w:rPr>
                <w:rFonts w:ascii="Sofia Pro" w:hAnsi="Sofia Pro"/>
                <w:b/>
              </w:rPr>
              <w:t>Strasse</w:t>
            </w:r>
            <w:r w:rsidR="00D1261F">
              <w:rPr>
                <w:rFonts w:ascii="Sofia Pro" w:hAnsi="Sofia Pro"/>
                <w:b/>
              </w:rPr>
              <w:t xml:space="preserve"> / </w:t>
            </w:r>
            <w:r w:rsidR="00D1261F" w:rsidRPr="000352DC">
              <w:rPr>
                <w:rFonts w:ascii="Sofia Pro" w:hAnsi="Sofia Pro"/>
                <w:b/>
              </w:rPr>
              <w:t>PLZ / Ort</w:t>
            </w:r>
          </w:p>
        </w:tc>
        <w:tc>
          <w:tcPr>
            <w:tcW w:w="5941" w:type="dxa"/>
            <w:vAlign w:val="center"/>
          </w:tcPr>
          <w:p w14:paraId="4BC7459E" w14:textId="29306379" w:rsidR="00A0412B" w:rsidRPr="002D762C" w:rsidRDefault="00C77129" w:rsidP="00E21137">
            <w:pPr>
              <w:rPr>
                <w:rFonts w:ascii="Sofia Pro" w:hAnsi="Sofia Pro"/>
              </w:rPr>
            </w:pPr>
            <w:r>
              <w:rPr>
                <w:rFonts w:ascii="Sofia Pro" w:hAnsi="Sofia Pr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</w:rPr>
              <w:instrText xml:space="preserve"> FORMTEXT </w:instrText>
            </w:r>
            <w:r>
              <w:rPr>
                <w:rFonts w:ascii="Sofia Pro" w:hAnsi="Sofia Pro"/>
              </w:rPr>
            </w:r>
            <w:r>
              <w:rPr>
                <w:rFonts w:ascii="Sofia Pro" w:hAnsi="Sofia Pro"/>
              </w:rPr>
              <w:fldChar w:fldCharType="separate"/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</w:rPr>
              <w:fldChar w:fldCharType="end"/>
            </w:r>
          </w:p>
        </w:tc>
      </w:tr>
      <w:tr w:rsidR="00A0412B" w:rsidRPr="002D762C" w14:paraId="2716E687" w14:textId="77777777" w:rsidTr="009B06A2">
        <w:trPr>
          <w:jc w:val="center"/>
        </w:trPr>
        <w:tc>
          <w:tcPr>
            <w:tcW w:w="2689" w:type="dxa"/>
            <w:vAlign w:val="center"/>
          </w:tcPr>
          <w:p w14:paraId="0A94FD38" w14:textId="77777777" w:rsidR="00A0412B" w:rsidRPr="000352DC" w:rsidRDefault="00A0412B" w:rsidP="000352DC">
            <w:pPr>
              <w:spacing w:before="40" w:after="40"/>
              <w:rPr>
                <w:rFonts w:ascii="Sofia Pro" w:hAnsi="Sofia Pro"/>
                <w:b/>
              </w:rPr>
            </w:pPr>
            <w:r w:rsidRPr="000352DC">
              <w:rPr>
                <w:rFonts w:ascii="Sofia Pro" w:hAnsi="Sofia Pro"/>
                <w:b/>
              </w:rPr>
              <w:t>Kontaktperson</w:t>
            </w:r>
          </w:p>
        </w:tc>
        <w:tc>
          <w:tcPr>
            <w:tcW w:w="5941" w:type="dxa"/>
            <w:vAlign w:val="center"/>
          </w:tcPr>
          <w:p w14:paraId="10C3155A" w14:textId="05916379" w:rsidR="00A0412B" w:rsidRPr="002D762C" w:rsidRDefault="00C77129" w:rsidP="00E21137">
            <w:pPr>
              <w:rPr>
                <w:rFonts w:ascii="Sofia Pro" w:hAnsi="Sofia Pro"/>
              </w:rPr>
            </w:pPr>
            <w:r>
              <w:rPr>
                <w:rFonts w:ascii="Sofia Pro" w:hAnsi="Sofia Pr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</w:rPr>
              <w:instrText xml:space="preserve"> FORMTEXT </w:instrText>
            </w:r>
            <w:r>
              <w:rPr>
                <w:rFonts w:ascii="Sofia Pro" w:hAnsi="Sofia Pro"/>
              </w:rPr>
            </w:r>
            <w:r>
              <w:rPr>
                <w:rFonts w:ascii="Sofia Pro" w:hAnsi="Sofia Pro"/>
              </w:rPr>
              <w:fldChar w:fldCharType="separate"/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</w:rPr>
              <w:fldChar w:fldCharType="end"/>
            </w:r>
          </w:p>
        </w:tc>
      </w:tr>
      <w:tr w:rsidR="00A0412B" w:rsidRPr="002D762C" w14:paraId="1042FB40" w14:textId="77777777" w:rsidTr="009B06A2">
        <w:trPr>
          <w:jc w:val="center"/>
        </w:trPr>
        <w:tc>
          <w:tcPr>
            <w:tcW w:w="2689" w:type="dxa"/>
            <w:vAlign w:val="center"/>
          </w:tcPr>
          <w:p w14:paraId="349691CD" w14:textId="77777777" w:rsidR="00A0412B" w:rsidRPr="000352DC" w:rsidRDefault="00A0412B" w:rsidP="000352DC">
            <w:pPr>
              <w:spacing w:before="40" w:after="40"/>
              <w:rPr>
                <w:rFonts w:ascii="Sofia Pro" w:hAnsi="Sofia Pro"/>
                <w:b/>
              </w:rPr>
            </w:pPr>
            <w:r w:rsidRPr="000352DC">
              <w:rPr>
                <w:rFonts w:ascii="Sofia Pro" w:hAnsi="Sofia Pro"/>
                <w:b/>
              </w:rPr>
              <w:t>Telefonnummer</w:t>
            </w:r>
          </w:p>
        </w:tc>
        <w:tc>
          <w:tcPr>
            <w:tcW w:w="5941" w:type="dxa"/>
            <w:vAlign w:val="center"/>
          </w:tcPr>
          <w:p w14:paraId="0F642743" w14:textId="722FC1B5" w:rsidR="00A0412B" w:rsidRPr="002D762C" w:rsidRDefault="00C77129" w:rsidP="00E21137">
            <w:pPr>
              <w:rPr>
                <w:rFonts w:ascii="Sofia Pro" w:hAnsi="Sofia Pro"/>
              </w:rPr>
            </w:pPr>
            <w:r>
              <w:rPr>
                <w:rFonts w:ascii="Sofia Pro" w:hAnsi="Sofia Pr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</w:rPr>
              <w:instrText xml:space="preserve"> FORMTEXT </w:instrText>
            </w:r>
            <w:r>
              <w:rPr>
                <w:rFonts w:ascii="Sofia Pro" w:hAnsi="Sofia Pro"/>
              </w:rPr>
            </w:r>
            <w:r>
              <w:rPr>
                <w:rFonts w:ascii="Sofia Pro" w:hAnsi="Sofia Pro"/>
              </w:rPr>
              <w:fldChar w:fldCharType="separate"/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</w:rPr>
              <w:fldChar w:fldCharType="end"/>
            </w:r>
          </w:p>
        </w:tc>
      </w:tr>
      <w:tr w:rsidR="00A0412B" w:rsidRPr="002D762C" w14:paraId="48F721A3" w14:textId="77777777" w:rsidTr="009B06A2">
        <w:trPr>
          <w:jc w:val="center"/>
        </w:trPr>
        <w:tc>
          <w:tcPr>
            <w:tcW w:w="2689" w:type="dxa"/>
            <w:vAlign w:val="center"/>
          </w:tcPr>
          <w:p w14:paraId="74AD8BC8" w14:textId="772A5F96" w:rsidR="00A0412B" w:rsidRPr="000352DC" w:rsidRDefault="007316FC" w:rsidP="000352DC">
            <w:pPr>
              <w:spacing w:before="40" w:after="40"/>
              <w:rPr>
                <w:rFonts w:ascii="Sofia Pro" w:hAnsi="Sofia Pro"/>
                <w:b/>
              </w:rPr>
            </w:pPr>
            <w:r>
              <w:rPr>
                <w:rFonts w:ascii="Sofia Pro" w:hAnsi="Sofia Pro"/>
                <w:b/>
              </w:rPr>
              <w:t xml:space="preserve">E-Mail </w:t>
            </w:r>
            <w:r w:rsidR="00A0412B" w:rsidRPr="000352DC">
              <w:rPr>
                <w:rFonts w:ascii="Sofia Pro" w:hAnsi="Sofia Pro"/>
                <w:b/>
              </w:rPr>
              <w:t>Kontaktperson</w:t>
            </w:r>
          </w:p>
        </w:tc>
        <w:tc>
          <w:tcPr>
            <w:tcW w:w="5941" w:type="dxa"/>
            <w:vAlign w:val="center"/>
          </w:tcPr>
          <w:p w14:paraId="40D86713" w14:textId="6BE4E064" w:rsidR="00A0412B" w:rsidRPr="002D762C" w:rsidRDefault="00C77129" w:rsidP="00E21137">
            <w:pPr>
              <w:rPr>
                <w:rFonts w:ascii="Sofia Pro" w:hAnsi="Sofia Pro"/>
              </w:rPr>
            </w:pPr>
            <w:r>
              <w:rPr>
                <w:rFonts w:ascii="Sofia Pro" w:hAnsi="Sofia Pr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</w:rPr>
              <w:instrText xml:space="preserve"> FORMTEXT </w:instrText>
            </w:r>
            <w:r>
              <w:rPr>
                <w:rFonts w:ascii="Sofia Pro" w:hAnsi="Sofia Pro"/>
              </w:rPr>
            </w:r>
            <w:r>
              <w:rPr>
                <w:rFonts w:ascii="Sofia Pro" w:hAnsi="Sofia Pro"/>
              </w:rPr>
              <w:fldChar w:fldCharType="separate"/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</w:rPr>
              <w:fldChar w:fldCharType="end"/>
            </w:r>
          </w:p>
        </w:tc>
      </w:tr>
      <w:tr w:rsidR="00A0412B" w:rsidRPr="002D762C" w14:paraId="69578ADA" w14:textId="77777777" w:rsidTr="009B06A2">
        <w:trPr>
          <w:jc w:val="center"/>
        </w:trPr>
        <w:tc>
          <w:tcPr>
            <w:tcW w:w="2689" w:type="dxa"/>
            <w:vAlign w:val="center"/>
          </w:tcPr>
          <w:p w14:paraId="4BD24CF8" w14:textId="77777777" w:rsidR="00A0412B" w:rsidRPr="000352DC" w:rsidRDefault="00A0412B" w:rsidP="000352DC">
            <w:pPr>
              <w:spacing w:before="40" w:after="40"/>
              <w:rPr>
                <w:rFonts w:ascii="Sofia Pro" w:hAnsi="Sofia Pro"/>
                <w:b/>
              </w:rPr>
            </w:pPr>
            <w:r w:rsidRPr="000352DC">
              <w:rPr>
                <w:rFonts w:ascii="Sofia Pro" w:hAnsi="Sofia Pro"/>
                <w:b/>
              </w:rPr>
              <w:t>E-Mail Allgemein</w:t>
            </w:r>
          </w:p>
        </w:tc>
        <w:tc>
          <w:tcPr>
            <w:tcW w:w="5941" w:type="dxa"/>
            <w:vAlign w:val="center"/>
          </w:tcPr>
          <w:p w14:paraId="5DDFAF5E" w14:textId="2F89D60D" w:rsidR="00A0412B" w:rsidRPr="002D762C" w:rsidRDefault="00C77129" w:rsidP="00E21137">
            <w:pPr>
              <w:rPr>
                <w:rFonts w:ascii="Sofia Pro" w:hAnsi="Sofia Pro"/>
              </w:rPr>
            </w:pPr>
            <w:r>
              <w:rPr>
                <w:rFonts w:ascii="Sofia Pro" w:hAnsi="Sofia Pr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</w:rPr>
              <w:instrText xml:space="preserve"> FORMTEXT </w:instrText>
            </w:r>
            <w:r>
              <w:rPr>
                <w:rFonts w:ascii="Sofia Pro" w:hAnsi="Sofia Pro"/>
              </w:rPr>
            </w:r>
            <w:r>
              <w:rPr>
                <w:rFonts w:ascii="Sofia Pro" w:hAnsi="Sofia Pro"/>
              </w:rPr>
              <w:fldChar w:fldCharType="separate"/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</w:rPr>
              <w:fldChar w:fldCharType="end"/>
            </w:r>
          </w:p>
        </w:tc>
      </w:tr>
      <w:tr w:rsidR="00A0412B" w:rsidRPr="002D762C" w14:paraId="700C57D4" w14:textId="77777777" w:rsidTr="009B06A2">
        <w:trPr>
          <w:jc w:val="center"/>
        </w:trPr>
        <w:tc>
          <w:tcPr>
            <w:tcW w:w="2689" w:type="dxa"/>
            <w:vAlign w:val="center"/>
          </w:tcPr>
          <w:p w14:paraId="5E76C800" w14:textId="77777777" w:rsidR="00A0412B" w:rsidRPr="000352DC" w:rsidRDefault="00A0412B" w:rsidP="000352DC">
            <w:pPr>
              <w:spacing w:before="40" w:after="40"/>
              <w:rPr>
                <w:rFonts w:ascii="Sofia Pro" w:hAnsi="Sofia Pro"/>
                <w:b/>
              </w:rPr>
            </w:pPr>
            <w:r w:rsidRPr="000352DC">
              <w:rPr>
                <w:rFonts w:ascii="Sofia Pro" w:hAnsi="Sofia Pro"/>
                <w:b/>
              </w:rPr>
              <w:t>Industrie/Branche</w:t>
            </w:r>
          </w:p>
        </w:tc>
        <w:tc>
          <w:tcPr>
            <w:tcW w:w="5941" w:type="dxa"/>
            <w:vAlign w:val="center"/>
          </w:tcPr>
          <w:p w14:paraId="0DE39D0B" w14:textId="4FA4C31D" w:rsidR="00A0412B" w:rsidRPr="002D762C" w:rsidRDefault="00C77129" w:rsidP="00E21137">
            <w:pPr>
              <w:rPr>
                <w:rFonts w:ascii="Sofia Pro" w:hAnsi="Sofia Pro"/>
              </w:rPr>
            </w:pPr>
            <w:r>
              <w:rPr>
                <w:rFonts w:ascii="Sofia Pro" w:hAnsi="Sofia Pr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</w:rPr>
              <w:instrText xml:space="preserve"> FORMTEXT </w:instrText>
            </w:r>
            <w:r>
              <w:rPr>
                <w:rFonts w:ascii="Sofia Pro" w:hAnsi="Sofia Pro"/>
              </w:rPr>
            </w:r>
            <w:r>
              <w:rPr>
                <w:rFonts w:ascii="Sofia Pro" w:hAnsi="Sofia Pro"/>
              </w:rPr>
              <w:fldChar w:fldCharType="separate"/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</w:rPr>
              <w:fldChar w:fldCharType="end"/>
            </w:r>
          </w:p>
        </w:tc>
      </w:tr>
      <w:tr w:rsidR="00A0412B" w:rsidRPr="002D762C" w14:paraId="61AF95FD" w14:textId="77777777" w:rsidTr="009B06A2">
        <w:trPr>
          <w:jc w:val="center"/>
        </w:trPr>
        <w:tc>
          <w:tcPr>
            <w:tcW w:w="2689" w:type="dxa"/>
            <w:vAlign w:val="center"/>
          </w:tcPr>
          <w:p w14:paraId="5825AD40" w14:textId="77777777" w:rsidR="00A0412B" w:rsidRPr="000352DC" w:rsidRDefault="00A0412B" w:rsidP="000352DC">
            <w:pPr>
              <w:spacing w:before="40" w:after="40"/>
              <w:rPr>
                <w:rFonts w:ascii="Sofia Pro" w:hAnsi="Sofia Pro"/>
                <w:b/>
              </w:rPr>
            </w:pPr>
            <w:r w:rsidRPr="000352DC">
              <w:rPr>
                <w:rFonts w:ascii="Sofia Pro" w:hAnsi="Sofia Pro"/>
                <w:b/>
              </w:rPr>
              <w:t>Rechtlicher Sitz</w:t>
            </w:r>
          </w:p>
        </w:tc>
        <w:tc>
          <w:tcPr>
            <w:tcW w:w="5941" w:type="dxa"/>
            <w:vAlign w:val="center"/>
          </w:tcPr>
          <w:p w14:paraId="38745362" w14:textId="0F5C7551" w:rsidR="00A0412B" w:rsidRPr="002D762C" w:rsidRDefault="00C77129" w:rsidP="00E21137">
            <w:pPr>
              <w:rPr>
                <w:rFonts w:ascii="Sofia Pro" w:hAnsi="Sofia Pro"/>
              </w:rPr>
            </w:pPr>
            <w:r>
              <w:rPr>
                <w:rFonts w:ascii="Sofia Pro" w:hAnsi="Sofia Pr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</w:rPr>
              <w:instrText xml:space="preserve"> FORMTEXT </w:instrText>
            </w:r>
            <w:r>
              <w:rPr>
                <w:rFonts w:ascii="Sofia Pro" w:hAnsi="Sofia Pro"/>
              </w:rPr>
            </w:r>
            <w:r>
              <w:rPr>
                <w:rFonts w:ascii="Sofia Pro" w:hAnsi="Sofia Pro"/>
              </w:rPr>
              <w:fldChar w:fldCharType="separate"/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</w:rPr>
              <w:fldChar w:fldCharType="end"/>
            </w:r>
          </w:p>
        </w:tc>
      </w:tr>
      <w:tr w:rsidR="00A0412B" w:rsidRPr="002D762C" w14:paraId="2D5C5E3B" w14:textId="77777777" w:rsidTr="009B06A2">
        <w:trPr>
          <w:jc w:val="center"/>
        </w:trPr>
        <w:tc>
          <w:tcPr>
            <w:tcW w:w="2689" w:type="dxa"/>
            <w:vAlign w:val="center"/>
          </w:tcPr>
          <w:p w14:paraId="2819FE60" w14:textId="77777777" w:rsidR="00A0412B" w:rsidRPr="000352DC" w:rsidRDefault="00A0412B" w:rsidP="000352DC">
            <w:pPr>
              <w:spacing w:before="40" w:after="40"/>
              <w:rPr>
                <w:rFonts w:ascii="Sofia Pro" w:hAnsi="Sofia Pro"/>
                <w:b/>
              </w:rPr>
            </w:pPr>
            <w:r w:rsidRPr="000352DC">
              <w:rPr>
                <w:rFonts w:ascii="Sofia Pro" w:hAnsi="Sofia Pro"/>
                <w:b/>
              </w:rPr>
              <w:t>Mitarbeitendezahl</w:t>
            </w:r>
          </w:p>
        </w:tc>
        <w:sdt>
          <w:sdtPr>
            <w:rPr>
              <w:rFonts w:ascii="Sofia Pro" w:hAnsi="Sofia Pro"/>
            </w:rPr>
            <w:id w:val="103986299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5941" w:type="dxa"/>
                <w:vAlign w:val="center"/>
              </w:tcPr>
              <w:p w14:paraId="08407F32" w14:textId="011BB50F" w:rsidR="00A0412B" w:rsidRPr="002D762C" w:rsidRDefault="00A0412B" w:rsidP="00E21137">
                <w:pPr>
                  <w:rPr>
                    <w:rFonts w:ascii="Sofia Pro" w:hAnsi="Sofia Pro"/>
                  </w:rPr>
                </w:pPr>
                <w:r w:rsidRPr="002D762C">
                  <w:rPr>
                    <w:rFonts w:ascii="Sofia Pro" w:hAnsi="Sofia Pro"/>
                  </w:rPr>
                  <w:t>☐ 1    ☐ 2    ☐ 3–5    ☐ 6–10    ☐ 11–15    ☐ ab 15</w:t>
                </w:r>
              </w:p>
            </w:tc>
          </w:sdtContent>
        </w:sdt>
      </w:tr>
    </w:tbl>
    <w:p w14:paraId="580B81B8" w14:textId="77777777" w:rsidR="00060967" w:rsidRPr="00060967" w:rsidRDefault="00060967">
      <w:pPr>
        <w:spacing w:before="160" w:after="80"/>
        <w:rPr>
          <w:rFonts w:ascii="Sofia Pro" w:hAnsi="Sofia Pro"/>
          <w:b/>
          <w:sz w:val="2"/>
          <w:szCs w:val="2"/>
        </w:rPr>
      </w:pPr>
    </w:p>
    <w:p w14:paraId="255D92C5" w14:textId="5D9FD717" w:rsidR="00CD3C79" w:rsidRPr="00B265A6" w:rsidRDefault="00BE2082">
      <w:pPr>
        <w:spacing w:before="160" w:after="80"/>
        <w:rPr>
          <w:rFonts w:ascii="Sofia Pro" w:hAnsi="Sofia Pro"/>
          <w:b/>
          <w:sz w:val="24"/>
          <w:szCs w:val="20"/>
        </w:rPr>
      </w:pPr>
      <w:r w:rsidRPr="00B265A6">
        <w:rPr>
          <w:rFonts w:ascii="Sofia Pro" w:hAnsi="Sofia Pro"/>
          <w:b/>
          <w:sz w:val="24"/>
          <w:szCs w:val="20"/>
        </w:rPr>
        <w:t>5</w:t>
      </w:r>
      <w:r w:rsidR="007227FF" w:rsidRPr="00B265A6">
        <w:rPr>
          <w:rFonts w:ascii="Sofia Pro" w:hAnsi="Sofia Pro"/>
          <w:b/>
          <w:sz w:val="24"/>
          <w:szCs w:val="20"/>
        </w:rPr>
        <w:t>. Einreichung</w:t>
      </w:r>
    </w:p>
    <w:p w14:paraId="272D620B" w14:textId="34A02693" w:rsidR="00B265A6" w:rsidRDefault="007227FF">
      <w:pPr>
        <w:rPr>
          <w:rFonts w:ascii="Sofia Pro" w:hAnsi="Sofia Pro"/>
        </w:rPr>
      </w:pPr>
      <w:r w:rsidRPr="002D762C">
        <w:rPr>
          <w:rFonts w:ascii="Sofia Pro" w:hAnsi="Sofia Pro"/>
        </w:rPr>
        <w:t>Das Gesuch ist</w:t>
      </w:r>
      <w:r w:rsidR="000352DC">
        <w:rPr>
          <w:rFonts w:ascii="Sofia Pro" w:hAnsi="Sofia Pro"/>
        </w:rPr>
        <w:t xml:space="preserve"> per Post oder E-Mail</w:t>
      </w:r>
      <w:r w:rsidRPr="002D762C">
        <w:rPr>
          <w:rFonts w:ascii="Sofia Pro" w:hAnsi="Sofia Pro"/>
        </w:rPr>
        <w:t xml:space="preserve"> einzureichen an die Geschäftsstelle des Startup Pilatus.</w:t>
      </w:r>
      <w:r w:rsidR="000352DC">
        <w:rPr>
          <w:rFonts w:ascii="Sofia Pro" w:hAnsi="Sofia Pro"/>
        </w:rPr>
        <w:t xml:space="preserve"> </w:t>
      </w:r>
    </w:p>
    <w:p w14:paraId="1C0AB5E5" w14:textId="7ADEE35D" w:rsidR="00CD3C79" w:rsidRPr="002D762C" w:rsidRDefault="007227FF">
      <w:pPr>
        <w:rPr>
          <w:rFonts w:ascii="Sofia Pro" w:hAnsi="Sofia Pro"/>
        </w:rPr>
      </w:pPr>
      <w:r w:rsidRPr="002D762C">
        <w:rPr>
          <w:rFonts w:ascii="Sofia Pro" w:hAnsi="Sofia Pro"/>
        </w:rPr>
        <w:t>Startup Pilatus</w:t>
      </w:r>
      <w:r w:rsidR="00B265A6">
        <w:rPr>
          <w:rFonts w:ascii="Sofia Pro" w:hAnsi="Sofia Pro"/>
        </w:rPr>
        <w:t xml:space="preserve"> / </w:t>
      </w:r>
      <w:r w:rsidR="00F15E9B" w:rsidRPr="002D762C">
        <w:rPr>
          <w:rFonts w:ascii="Sofia Pro" w:hAnsi="Sofia Pro"/>
        </w:rPr>
        <w:t>Kägiswilerstrasse 17</w:t>
      </w:r>
      <w:r w:rsidR="00B265A6">
        <w:rPr>
          <w:rFonts w:ascii="Sofia Pro" w:hAnsi="Sofia Pro"/>
        </w:rPr>
        <w:t xml:space="preserve"> / </w:t>
      </w:r>
      <w:r w:rsidRPr="002D762C">
        <w:rPr>
          <w:rFonts w:ascii="Sofia Pro" w:hAnsi="Sofia Pro"/>
        </w:rPr>
        <w:t>6060 Sarnen</w:t>
      </w:r>
      <w:r w:rsidR="000352DC">
        <w:rPr>
          <w:rFonts w:ascii="Sofia Pro" w:hAnsi="Sofia Pro"/>
        </w:rPr>
        <w:t xml:space="preserve"> oder </w:t>
      </w:r>
      <w:r w:rsidRPr="002D762C">
        <w:rPr>
          <w:rFonts w:ascii="Sofia Pro" w:hAnsi="Sofia Pro"/>
        </w:rPr>
        <w:t>info@startup-pilatus.ch</w:t>
      </w:r>
    </w:p>
    <w:p w14:paraId="61F0E583" w14:textId="18D0F864" w:rsidR="00CD3C79" w:rsidRPr="002D762C" w:rsidRDefault="007227FF">
      <w:pPr>
        <w:rPr>
          <w:rFonts w:ascii="Sofia Pro" w:hAnsi="Sofia Pro"/>
        </w:rPr>
      </w:pPr>
      <w:r w:rsidRPr="002D762C">
        <w:rPr>
          <w:rFonts w:ascii="Sofia Pro" w:hAnsi="Sofia Pro"/>
        </w:rPr>
        <w:t>Mit der Unterschrift bestätigen Sie, dass alle oben erwähnten Angaben korrekt sind</w:t>
      </w:r>
      <w:r w:rsidR="000352DC">
        <w:rPr>
          <w:rFonts w:ascii="Sofia Pro" w:hAnsi="Sofia Pro"/>
        </w:rPr>
        <w:t xml:space="preserve"> und Startup Pilatus nach Erhalt mit Ihnen Kontakt aufnehmen darf: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5941"/>
      </w:tblGrid>
      <w:tr w:rsidR="00CD3C79" w:rsidRPr="002D762C" w14:paraId="43F0D644" w14:textId="77777777" w:rsidTr="00C77129">
        <w:trPr>
          <w:jc w:val="center"/>
        </w:trPr>
        <w:tc>
          <w:tcPr>
            <w:tcW w:w="2689" w:type="dxa"/>
            <w:vAlign w:val="center"/>
          </w:tcPr>
          <w:p w14:paraId="71A1ABD4" w14:textId="1744CE14" w:rsidR="00CD3C79" w:rsidRPr="002D762C" w:rsidRDefault="007227FF" w:rsidP="000352DC">
            <w:pPr>
              <w:spacing w:before="60" w:after="60"/>
              <w:rPr>
                <w:rFonts w:ascii="Sofia Pro" w:hAnsi="Sofia Pro"/>
              </w:rPr>
            </w:pPr>
            <w:r w:rsidRPr="002D762C">
              <w:rPr>
                <w:rFonts w:ascii="Sofia Pro" w:hAnsi="Sofia Pro"/>
                <w:b/>
              </w:rPr>
              <w:t>Ort / Datum</w:t>
            </w:r>
            <w:r w:rsidR="000352DC">
              <w:rPr>
                <w:rFonts w:ascii="Sofia Pro" w:hAnsi="Sofia Pro"/>
                <w:b/>
              </w:rPr>
              <w:t xml:space="preserve"> &amp; Unterschrift</w:t>
            </w:r>
          </w:p>
        </w:tc>
        <w:tc>
          <w:tcPr>
            <w:tcW w:w="5941" w:type="dxa"/>
            <w:vAlign w:val="center"/>
          </w:tcPr>
          <w:p w14:paraId="6249CAAA" w14:textId="0BBA4AE1" w:rsidR="00CD3C79" w:rsidRPr="002D762C" w:rsidRDefault="00C77129">
            <w:pPr>
              <w:rPr>
                <w:rFonts w:ascii="Sofia Pro" w:hAnsi="Sofia Pro"/>
              </w:rPr>
            </w:pPr>
            <w:r>
              <w:rPr>
                <w:rFonts w:ascii="Sofia Pro" w:hAnsi="Sofia Pr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</w:rPr>
              <w:instrText xml:space="preserve"> FORMTEXT </w:instrText>
            </w:r>
            <w:r>
              <w:rPr>
                <w:rFonts w:ascii="Sofia Pro" w:hAnsi="Sofia Pro"/>
              </w:rPr>
            </w:r>
            <w:r>
              <w:rPr>
                <w:rFonts w:ascii="Sofia Pro" w:hAnsi="Sofia Pro"/>
              </w:rPr>
              <w:fldChar w:fldCharType="separate"/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  <w:noProof/>
              </w:rPr>
              <w:t> </w:t>
            </w:r>
            <w:r>
              <w:rPr>
                <w:rFonts w:ascii="Sofia Pro" w:hAnsi="Sofia Pro"/>
              </w:rPr>
              <w:fldChar w:fldCharType="end"/>
            </w:r>
          </w:p>
        </w:tc>
      </w:tr>
    </w:tbl>
    <w:p w14:paraId="09CB6C76" w14:textId="77777777" w:rsidR="009332F4" w:rsidRPr="00C7109E" w:rsidRDefault="009332F4" w:rsidP="00B265A6">
      <w:pPr>
        <w:rPr>
          <w:rFonts w:ascii="Sofia Pro" w:hAnsi="Sofia Pro"/>
        </w:rPr>
      </w:pPr>
    </w:p>
    <w:sectPr w:rsidR="009332F4" w:rsidRPr="00C7109E" w:rsidSect="000F6775">
      <w:headerReference w:type="default" r:id="rId11"/>
      <w:footerReference w:type="default" r:id="rId12"/>
      <w:headerReference w:type="first" r:id="rId13"/>
      <w:pgSz w:w="12240" w:h="15840"/>
      <w:pgMar w:top="2836" w:right="1800" w:bottom="851" w:left="1800" w:header="720" w:footer="31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4306D" w14:textId="77777777" w:rsidR="00335B57" w:rsidRPr="002D762C" w:rsidRDefault="00335B57">
      <w:pPr>
        <w:spacing w:after="0" w:line="240" w:lineRule="auto"/>
      </w:pPr>
      <w:r w:rsidRPr="002D762C">
        <w:separator/>
      </w:r>
    </w:p>
  </w:endnote>
  <w:endnote w:type="continuationSeparator" w:id="0">
    <w:p w14:paraId="20E82238" w14:textId="77777777" w:rsidR="00335B57" w:rsidRPr="002D762C" w:rsidRDefault="00335B57">
      <w:pPr>
        <w:spacing w:after="0" w:line="240" w:lineRule="auto"/>
      </w:pPr>
      <w:r w:rsidRPr="002D762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ofia Pro">
    <w:altName w:val="Calibri"/>
    <w:panose1 w:val="00000500000000000000"/>
    <w:charset w:val="00"/>
    <w:family w:val="modern"/>
    <w:notTrueType/>
    <w:pitch w:val="variable"/>
    <w:sig w:usb0="A00002AF" w:usb1="5000004B" w:usb2="00000000" w:usb3="00000000" w:csb0="0000019F" w:csb1="00000000"/>
  </w:font>
  <w:font w:name="Sofia Pro Black">
    <w:panose1 w:val="00000A00000000000000"/>
    <w:charset w:val="00"/>
    <w:family w:val="modern"/>
    <w:notTrueType/>
    <w:pitch w:val="variable"/>
    <w:sig w:usb0="A00002AF" w:usb1="5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0B4CC" w14:textId="61CF4053" w:rsidR="00CD3C79" w:rsidRPr="000F6775" w:rsidRDefault="000F6775" w:rsidP="000F6775">
    <w:pPr>
      <w:rPr>
        <w:rFonts w:ascii="Sofia Pro" w:hAnsi="Sofia Pro"/>
        <w:i/>
        <w:iCs/>
      </w:rPr>
    </w:pPr>
    <w:r w:rsidRPr="00B957A7">
      <w:rPr>
        <w:rFonts w:ascii="Sofia Pro" w:hAnsi="Sofia Pro"/>
        <w:i/>
        <w:iCs/>
      </w:rPr>
      <w:t xml:space="preserve">Startup Pilatus / </w:t>
    </w:r>
    <w:proofErr w:type="spellStart"/>
    <w:r w:rsidRPr="00B957A7">
      <w:rPr>
        <w:rFonts w:ascii="Sofia Pro" w:hAnsi="Sofia Pro"/>
        <w:i/>
        <w:iCs/>
      </w:rPr>
      <w:t>Kägiswilerstrasse</w:t>
    </w:r>
    <w:proofErr w:type="spellEnd"/>
    <w:r w:rsidRPr="00B957A7">
      <w:rPr>
        <w:rFonts w:ascii="Sofia Pro" w:hAnsi="Sofia Pro"/>
        <w:i/>
        <w:iCs/>
      </w:rPr>
      <w:t xml:space="preserve"> 17 / 6060 Sarnen / info@startup-pilatus.ch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777CF" w14:textId="77777777" w:rsidR="00335B57" w:rsidRPr="002D762C" w:rsidRDefault="00335B57">
      <w:pPr>
        <w:spacing w:after="0" w:line="240" w:lineRule="auto"/>
      </w:pPr>
      <w:r w:rsidRPr="002D762C">
        <w:separator/>
      </w:r>
    </w:p>
  </w:footnote>
  <w:footnote w:type="continuationSeparator" w:id="0">
    <w:p w14:paraId="40BE739A" w14:textId="77777777" w:rsidR="00335B57" w:rsidRPr="002D762C" w:rsidRDefault="00335B57">
      <w:pPr>
        <w:spacing w:after="0" w:line="240" w:lineRule="auto"/>
      </w:pPr>
      <w:r w:rsidRPr="002D762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AF849" w14:textId="537941DE" w:rsidR="00C7109E" w:rsidRPr="002D762C" w:rsidRDefault="009332F4">
    <w:pPr>
      <w:pStyle w:val="Kopfzeile"/>
    </w:pPr>
    <w:r>
      <w:rPr>
        <w:rFonts w:ascii="Sofia Pro Black" w:hAnsi="Sofia Pro Black"/>
        <w:noProof/>
        <w:sz w:val="72"/>
        <w:szCs w:val="72"/>
      </w:rPr>
      <w:drawing>
        <wp:anchor distT="0" distB="0" distL="114300" distR="114300" simplePos="0" relativeHeight="251659264" behindDoc="0" locked="0" layoutInCell="1" allowOverlap="1" wp14:anchorId="425C26A3" wp14:editId="6DE0CCF1">
          <wp:simplePos x="0" y="0"/>
          <wp:positionH relativeFrom="page">
            <wp:posOffset>1143000</wp:posOffset>
          </wp:positionH>
          <wp:positionV relativeFrom="paragraph">
            <wp:posOffset>0</wp:posOffset>
          </wp:positionV>
          <wp:extent cx="1338934" cy="764274"/>
          <wp:effectExtent l="0" t="0" r="0" b="0"/>
          <wp:wrapNone/>
          <wp:docPr id="108985008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8934" cy="7642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EE72F" w14:textId="72896C27" w:rsidR="009332F4" w:rsidRDefault="009332F4">
    <w:pPr>
      <w:pStyle w:val="Kopfzeile"/>
    </w:pPr>
    <w:r>
      <w:rPr>
        <w:rFonts w:ascii="Sofia Pro" w:hAnsi="Sofia Pro"/>
        <w:noProof/>
        <w:color w:val="1F497D"/>
        <w:lang w:eastAsia="de-CH"/>
      </w:rPr>
      <w:drawing>
        <wp:inline distT="0" distB="0" distL="0" distR="0" wp14:anchorId="1D07199E" wp14:editId="346E8935">
          <wp:extent cx="1162050" cy="1119861"/>
          <wp:effectExtent l="0" t="0" r="0" b="4445"/>
          <wp:docPr id="809244245" name="Grafik 809244245" descr="startup-pilatus-Logo_cmyk_bla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startup-pilatus-Logo_cmyk_blau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6478" cy="11241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1304045">
    <w:abstractNumId w:val="8"/>
  </w:num>
  <w:num w:numId="2" w16cid:durableId="104349407">
    <w:abstractNumId w:val="6"/>
  </w:num>
  <w:num w:numId="3" w16cid:durableId="1301113087">
    <w:abstractNumId w:val="5"/>
  </w:num>
  <w:num w:numId="4" w16cid:durableId="1687948238">
    <w:abstractNumId w:val="4"/>
  </w:num>
  <w:num w:numId="5" w16cid:durableId="532305209">
    <w:abstractNumId w:val="7"/>
  </w:num>
  <w:num w:numId="6" w16cid:durableId="2000764144">
    <w:abstractNumId w:val="3"/>
  </w:num>
  <w:num w:numId="7" w16cid:durableId="1578439938">
    <w:abstractNumId w:val="2"/>
  </w:num>
  <w:num w:numId="8" w16cid:durableId="2073693706">
    <w:abstractNumId w:val="1"/>
  </w:num>
  <w:num w:numId="9" w16cid:durableId="1117722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yoGAptVNufyOjhIx+A3V9rJCWN4aYzv7MEeh9FxRfDjTJsxcofZE5jqmXOmkGSoGj2AAKaPEsSON16gbOW6XQ==" w:salt="qKgYlmnQVUqv+p4DGe5Vd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618"/>
    <w:rsid w:val="00003A6F"/>
    <w:rsid w:val="00004494"/>
    <w:rsid w:val="00034616"/>
    <w:rsid w:val="000352DC"/>
    <w:rsid w:val="0006063C"/>
    <w:rsid w:val="00060967"/>
    <w:rsid w:val="000D767C"/>
    <w:rsid w:val="000F19F3"/>
    <w:rsid w:val="000F6775"/>
    <w:rsid w:val="001062F2"/>
    <w:rsid w:val="00143D92"/>
    <w:rsid w:val="0015074B"/>
    <w:rsid w:val="00164ACA"/>
    <w:rsid w:val="0017437A"/>
    <w:rsid w:val="00217C12"/>
    <w:rsid w:val="00244A34"/>
    <w:rsid w:val="00272639"/>
    <w:rsid w:val="0029639D"/>
    <w:rsid w:val="002D762C"/>
    <w:rsid w:val="00326872"/>
    <w:rsid w:val="00326F90"/>
    <w:rsid w:val="00335B57"/>
    <w:rsid w:val="003627B6"/>
    <w:rsid w:val="00510269"/>
    <w:rsid w:val="005E5A37"/>
    <w:rsid w:val="005F7A31"/>
    <w:rsid w:val="006B26C0"/>
    <w:rsid w:val="007227FF"/>
    <w:rsid w:val="007316FC"/>
    <w:rsid w:val="00746DD2"/>
    <w:rsid w:val="007952FE"/>
    <w:rsid w:val="008151CC"/>
    <w:rsid w:val="00852460"/>
    <w:rsid w:val="0089208E"/>
    <w:rsid w:val="00905957"/>
    <w:rsid w:val="009332F4"/>
    <w:rsid w:val="009B06A2"/>
    <w:rsid w:val="00A0412B"/>
    <w:rsid w:val="00A42CCB"/>
    <w:rsid w:val="00A47DFC"/>
    <w:rsid w:val="00AA1D8D"/>
    <w:rsid w:val="00AB0CEA"/>
    <w:rsid w:val="00AD752C"/>
    <w:rsid w:val="00B265A6"/>
    <w:rsid w:val="00B47730"/>
    <w:rsid w:val="00BB6F7F"/>
    <w:rsid w:val="00BE2082"/>
    <w:rsid w:val="00C7109E"/>
    <w:rsid w:val="00C77129"/>
    <w:rsid w:val="00CB0664"/>
    <w:rsid w:val="00CD0D2E"/>
    <w:rsid w:val="00CD3C79"/>
    <w:rsid w:val="00CE6BF6"/>
    <w:rsid w:val="00D11896"/>
    <w:rsid w:val="00D1261F"/>
    <w:rsid w:val="00DA475C"/>
    <w:rsid w:val="00DC0744"/>
    <w:rsid w:val="00E10350"/>
    <w:rsid w:val="00E43872"/>
    <w:rsid w:val="00E53A77"/>
    <w:rsid w:val="00EB6A90"/>
    <w:rsid w:val="00EC29FB"/>
    <w:rsid w:val="00F15E9B"/>
    <w:rsid w:val="00F32C2D"/>
    <w:rsid w:val="00F5185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3538746E"/>
  <w14:defaultImageDpi w14:val="300"/>
  <w15:docId w15:val="{FDE977D5-353A-4CAA-BE70-5880AC4B8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rial" w:hAnsi="Arial"/>
      <w:sz w:val="20"/>
      <w:lang w:val="de-CH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tzhaltertext">
    <w:name w:val="Placeholder Text"/>
    <w:basedOn w:val="Absatz-Standardschriftart"/>
    <w:uiPriority w:val="99"/>
    <w:semiHidden/>
    <w:rsid w:val="00E53A7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8ED0D.84F24FA0" TargetMode="External"/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877F93-D38B-4553-A3F3-890DD0FAE86C}"/>
      </w:docPartPr>
      <w:docPartBody>
        <w:p w:rsidR="007D1CE7" w:rsidRDefault="00E34BF3">
          <w:r w:rsidRPr="00720B35">
            <w:rPr>
              <w:rStyle w:val="Platzhaltertext"/>
              <w:lang w:val="en-US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ofia Pro">
    <w:altName w:val="Calibri"/>
    <w:panose1 w:val="00000500000000000000"/>
    <w:charset w:val="00"/>
    <w:family w:val="modern"/>
    <w:notTrueType/>
    <w:pitch w:val="variable"/>
    <w:sig w:usb0="A00002AF" w:usb1="5000004B" w:usb2="00000000" w:usb3="00000000" w:csb0="0000019F" w:csb1="00000000"/>
  </w:font>
  <w:font w:name="Sofia Pro Black">
    <w:panose1 w:val="00000A00000000000000"/>
    <w:charset w:val="00"/>
    <w:family w:val="modern"/>
    <w:notTrueType/>
    <w:pitch w:val="variable"/>
    <w:sig w:usb0="A00002AF" w:usb1="500000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BF3"/>
    <w:rsid w:val="00107EC8"/>
    <w:rsid w:val="005F7A31"/>
    <w:rsid w:val="007D1CE7"/>
    <w:rsid w:val="00852460"/>
    <w:rsid w:val="00CE6BF6"/>
    <w:rsid w:val="00DE2F83"/>
    <w:rsid w:val="00E3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34BF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680a4b-0f18-4538-8d4c-fc05ad751706">
      <Terms xmlns="http://schemas.microsoft.com/office/infopath/2007/PartnerControls"/>
    </lcf76f155ced4ddcb4097134ff3c332f>
    <TaxCatchAll xmlns="f959776b-ed1f-4b35-b506-c6e32ca6a77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43A874C49B3E458A9E53051DD3F2C7" ma:contentTypeVersion="17" ma:contentTypeDescription="Ein neues Dokument erstellen." ma:contentTypeScope="" ma:versionID="276ac1907e91e6a41a253522d1e5a9e5">
  <xsd:schema xmlns:xsd="http://www.w3.org/2001/XMLSchema" xmlns:xs="http://www.w3.org/2001/XMLSchema" xmlns:p="http://schemas.microsoft.com/office/2006/metadata/properties" xmlns:ns2="e3680a4b-0f18-4538-8d4c-fc05ad751706" xmlns:ns3="f959776b-ed1f-4b35-b506-c6e32ca6a77e" targetNamespace="http://schemas.microsoft.com/office/2006/metadata/properties" ma:root="true" ma:fieldsID="54e2b90724032955f3ee7708075bfce4" ns2:_="" ns3:_="">
    <xsd:import namespace="e3680a4b-0f18-4538-8d4c-fc05ad751706"/>
    <xsd:import namespace="f959776b-ed1f-4b35-b506-c6e32ca6a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80a4b-0f18-4538-8d4c-fc05ad7517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11f78350-18dd-49ba-9d55-e7010c2f20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59776b-ed1f-4b35-b506-c6e32ca6a77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a113ff7-28f4-40f1-a830-fbd41c67f1c7}" ma:internalName="TaxCatchAll" ma:showField="CatchAllData" ma:web="f959776b-ed1f-4b35-b506-c6e32ca6a7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576D02-D3FB-4AF8-AB63-5A0C889B1778}">
  <ds:schemaRefs>
    <ds:schemaRef ds:uri="http://schemas.microsoft.com/office/2006/metadata/properties"/>
    <ds:schemaRef ds:uri="http://schemas.microsoft.com/office/infopath/2007/PartnerControls"/>
    <ds:schemaRef ds:uri="e3680a4b-0f18-4538-8d4c-fc05ad751706"/>
    <ds:schemaRef ds:uri="f959776b-ed1f-4b35-b506-c6e32ca6a77e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A4A29D5-40C2-43F2-9DA1-C138BCAE22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680a4b-0f18-4538-8d4c-fc05ad751706"/>
    <ds:schemaRef ds:uri="f959776b-ed1f-4b35-b506-c6e32ca6a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BEA4D8-4D08-4058-ADAA-B41AD12D45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Katja Omlin</cp:lastModifiedBy>
  <cp:revision>43</cp:revision>
  <dcterms:created xsi:type="dcterms:W3CDTF">2026-09-07T08:27:00Z</dcterms:created>
  <dcterms:modified xsi:type="dcterms:W3CDTF">2026-09-22T09:04:00Z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0x0101003743A874C49B3E458A9E53051DD3F2C7</vt:lpwstr>
  </property>
  <property fmtid="{D5CDD505-2E9C-101B-9397-08002B2CF9AE}" pid="3" name="MediaServiceImageTags">
    <vt:lpwstr/>
  </property>
</Properties>
</file>