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00E9" w14:textId="77777777" w:rsidR="00CD3C79" w:rsidRPr="00325219" w:rsidRDefault="00FF37DA" w:rsidP="00C7109E">
      <w:pPr>
        <w:rPr>
          <w:rFonts w:ascii="Sofia Pro" w:hAnsi="Sofia Pro"/>
          <w:color w:val="465AA5"/>
          <w:lang w:val="de-CH"/>
        </w:rPr>
      </w:pPr>
      <w:r w:rsidRPr="00325219">
        <w:rPr>
          <w:rFonts w:ascii="Sofia Pro" w:hAnsi="Sofia Pro"/>
          <w:b/>
          <w:color w:val="465AA5"/>
          <w:sz w:val="36"/>
          <w:lang w:val="de-CH"/>
        </w:rPr>
        <w:t>Mietgesuch Startup Unternehmen</w:t>
      </w:r>
    </w:p>
    <w:p w14:paraId="31866D4B" w14:textId="77777777" w:rsidR="00CD3C79" w:rsidRPr="00AF6CBB" w:rsidRDefault="00FF37DA">
      <w:pPr>
        <w:spacing w:before="160" w:after="80"/>
        <w:rPr>
          <w:rFonts w:ascii="Sofia Pro" w:hAnsi="Sofia Pro"/>
          <w:lang w:val="de-CH"/>
        </w:rPr>
      </w:pPr>
      <w:r w:rsidRPr="00AF6CBB">
        <w:rPr>
          <w:rFonts w:ascii="Sofia Pro" w:hAnsi="Sofia Pro"/>
          <w:b/>
          <w:sz w:val="28"/>
          <w:lang w:val="de-CH"/>
        </w:rPr>
        <w:t>1. Angaben zum gewünschten Mietobjekt</w:t>
      </w:r>
    </w:p>
    <w:p w14:paraId="0D1B9B69" w14:textId="60888FD0" w:rsidR="00CD3C79" w:rsidRPr="00AF6CBB" w:rsidRDefault="00FF37DA" w:rsidP="000B0237">
      <w:pPr>
        <w:spacing w:after="0" w:line="240" w:lineRule="auto"/>
        <w:rPr>
          <w:rFonts w:ascii="Sofia Pro" w:hAnsi="Sofia Pro"/>
          <w:lang w:val="de-CH"/>
        </w:rPr>
      </w:pPr>
      <w:r w:rsidRPr="00AF6CBB">
        <w:rPr>
          <w:rFonts w:ascii="Sofia Pro" w:hAnsi="Sofia Pro"/>
          <w:lang w:val="de-CH"/>
        </w:rPr>
        <w:t>Gewünscht wird der Abschluss eines Mietvertrages über folgendes Mietobjekt zu den bevorzugten Konditionen für Start-up Unternehmen:</w:t>
      </w:r>
      <w:r w:rsidR="000B0237">
        <w:rPr>
          <w:rFonts w:ascii="Sofia Pro" w:hAnsi="Sofia Pro"/>
          <w:lang w:val="de-CH"/>
        </w:rPr>
        <w:br/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941"/>
      </w:tblGrid>
      <w:tr w:rsidR="00CD3C79" w:rsidRPr="00C7109E" w14:paraId="55246424" w14:textId="77777777" w:rsidTr="00AF6CBB">
        <w:trPr>
          <w:jc w:val="center"/>
        </w:trPr>
        <w:tc>
          <w:tcPr>
            <w:tcW w:w="2689" w:type="dxa"/>
            <w:vAlign w:val="center"/>
          </w:tcPr>
          <w:p w14:paraId="7725B15B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Mietobjekt</w:t>
            </w:r>
          </w:p>
        </w:tc>
        <w:tc>
          <w:tcPr>
            <w:tcW w:w="5941" w:type="dxa"/>
            <w:vAlign w:val="center"/>
          </w:tcPr>
          <w:p w14:paraId="7C11E252" w14:textId="7B657C5A" w:rsidR="003D542A" w:rsidRPr="00C7109E" w:rsidRDefault="00C7109E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</w:rPr>
              <w:t>Startup Pilatus</w:t>
            </w:r>
            <w:r w:rsidRPr="00C7109E">
              <w:rPr>
                <w:rFonts w:ascii="Sofia Pro" w:hAnsi="Sofia Pro"/>
              </w:rPr>
              <w:br/>
              <w:t>Kägiswilerstrasse 17</w:t>
            </w:r>
            <w:r w:rsidRPr="00C7109E">
              <w:rPr>
                <w:rFonts w:ascii="Sofia Pro" w:hAnsi="Sofia Pro"/>
              </w:rPr>
              <w:br/>
              <w:t>6060 Sarnen</w:t>
            </w:r>
          </w:p>
        </w:tc>
      </w:tr>
      <w:tr w:rsidR="00CD3C79" w:rsidRPr="0092619A" w14:paraId="353AA9DC" w14:textId="77777777" w:rsidTr="00AF6CBB">
        <w:trPr>
          <w:jc w:val="center"/>
        </w:trPr>
        <w:tc>
          <w:tcPr>
            <w:tcW w:w="2689" w:type="dxa"/>
            <w:vAlign w:val="center"/>
          </w:tcPr>
          <w:p w14:paraId="702298C2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Anzahl Büroräume</w:t>
            </w:r>
          </w:p>
        </w:tc>
        <w:tc>
          <w:tcPr>
            <w:tcW w:w="5941" w:type="dxa"/>
            <w:vAlign w:val="center"/>
          </w:tcPr>
          <w:p w14:paraId="7A4B48F4" w14:textId="0724CDC0" w:rsidR="00CD3C79" w:rsidRPr="0092619A" w:rsidRDefault="006B7CF0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bookmarkStart w:id="0" w:name="Text2"/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  <w:bookmarkEnd w:id="0"/>
          </w:p>
        </w:tc>
      </w:tr>
      <w:tr w:rsidR="00CD3C79" w:rsidRPr="002A567B" w14:paraId="156B5929" w14:textId="77777777" w:rsidTr="00AF6CBB">
        <w:trPr>
          <w:jc w:val="center"/>
        </w:trPr>
        <w:tc>
          <w:tcPr>
            <w:tcW w:w="2689" w:type="dxa"/>
            <w:vAlign w:val="center"/>
          </w:tcPr>
          <w:p w14:paraId="26932215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Gewünschte Fläche in m²</w:t>
            </w:r>
          </w:p>
        </w:tc>
        <w:tc>
          <w:tcPr>
            <w:tcW w:w="5941" w:type="dxa"/>
            <w:vAlign w:val="center"/>
          </w:tcPr>
          <w:p w14:paraId="758F4C34" w14:textId="6E3CFA9A" w:rsidR="00CD3C79" w:rsidRPr="002A567B" w:rsidRDefault="006B7CF0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C7109E" w14:paraId="4B6D233F" w14:textId="77777777" w:rsidTr="00AF6CBB">
        <w:trPr>
          <w:jc w:val="center"/>
        </w:trPr>
        <w:tc>
          <w:tcPr>
            <w:tcW w:w="2689" w:type="dxa"/>
            <w:vAlign w:val="center"/>
          </w:tcPr>
          <w:p w14:paraId="52482D85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Mietbeginn</w:t>
            </w:r>
          </w:p>
        </w:tc>
        <w:tc>
          <w:tcPr>
            <w:tcW w:w="5941" w:type="dxa"/>
            <w:vAlign w:val="center"/>
          </w:tcPr>
          <w:p w14:paraId="3E2CAE16" w14:textId="77777777" w:rsidR="00E8648C" w:rsidRDefault="00E8648C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t xml:space="preserve">Frühestens: </w:t>
            </w:r>
            <w:r w:rsidRPr="00E8648C"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E8648C">
              <w:rPr>
                <w:rFonts w:ascii="Sofia Pro" w:hAnsi="Sofia Pro"/>
                <w:lang w:val="de-CH"/>
              </w:rPr>
              <w:instrText xml:space="preserve"> FORMTEXT </w:instrText>
            </w:r>
            <w:r w:rsidRPr="00E8648C">
              <w:rPr>
                <w:rFonts w:ascii="Sofia Pro" w:hAnsi="Sofia Pro"/>
                <w:lang w:val="de-CH"/>
              </w:rPr>
            </w:r>
            <w:r w:rsidRPr="00E8648C">
              <w:rPr>
                <w:rFonts w:ascii="Sofia Pro" w:hAnsi="Sofia Pro"/>
                <w:lang w:val="de-CH"/>
              </w:rPr>
              <w:fldChar w:fldCharType="separate"/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</w:rPr>
              <w:fldChar w:fldCharType="end"/>
            </w:r>
          </w:p>
          <w:p w14:paraId="360726ED" w14:textId="0E7C73A4" w:rsidR="00CD3C79" w:rsidRPr="00C7109E" w:rsidRDefault="00E8648C">
            <w:pPr>
              <w:rPr>
                <w:rFonts w:ascii="Sofia Pro" w:hAnsi="Sofia Pro"/>
              </w:rPr>
            </w:pPr>
            <w:r>
              <w:rPr>
                <w:rFonts w:ascii="Sofia Pro" w:hAnsi="Sofia Pro"/>
              </w:rPr>
              <w:t xml:space="preserve">Spätestens: </w:t>
            </w:r>
            <w:r w:rsidRPr="00E8648C"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E8648C">
              <w:rPr>
                <w:rFonts w:ascii="Sofia Pro" w:hAnsi="Sofia Pro"/>
                <w:lang w:val="de-CH"/>
              </w:rPr>
              <w:instrText xml:space="preserve"> FORMTEXT </w:instrText>
            </w:r>
            <w:r w:rsidRPr="00E8648C">
              <w:rPr>
                <w:rFonts w:ascii="Sofia Pro" w:hAnsi="Sofia Pro"/>
                <w:lang w:val="de-CH"/>
              </w:rPr>
            </w:r>
            <w:r w:rsidRPr="00E8648C">
              <w:rPr>
                <w:rFonts w:ascii="Sofia Pro" w:hAnsi="Sofia Pro"/>
                <w:lang w:val="de-CH"/>
              </w:rPr>
              <w:fldChar w:fldCharType="separate"/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  <w:lang w:val="de-CH"/>
              </w:rPr>
              <w:t> </w:t>
            </w:r>
            <w:r w:rsidRPr="00E8648C">
              <w:rPr>
                <w:rFonts w:ascii="Sofia Pro" w:hAnsi="Sofia Pro"/>
              </w:rPr>
              <w:fldChar w:fldCharType="end"/>
            </w:r>
            <w:r w:rsidR="00FF37DA" w:rsidRPr="00C7109E">
              <w:rPr>
                <w:rFonts w:ascii="Sofia Pro" w:hAnsi="Sofia Pro"/>
              </w:rPr>
              <w:t xml:space="preserve"> </w:t>
            </w:r>
          </w:p>
        </w:tc>
      </w:tr>
      <w:tr w:rsidR="00CD3C79" w:rsidRPr="002A567B" w14:paraId="11DE3FC5" w14:textId="77777777" w:rsidTr="00AF6CBB">
        <w:trPr>
          <w:jc w:val="center"/>
        </w:trPr>
        <w:tc>
          <w:tcPr>
            <w:tcW w:w="2689" w:type="dxa"/>
            <w:vAlign w:val="center"/>
          </w:tcPr>
          <w:p w14:paraId="34EDF6DD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Bemerkungen</w:t>
            </w:r>
          </w:p>
        </w:tc>
        <w:tc>
          <w:tcPr>
            <w:tcW w:w="5941" w:type="dxa"/>
            <w:vAlign w:val="center"/>
          </w:tcPr>
          <w:p w14:paraId="282440FF" w14:textId="68872958" w:rsidR="00C7109E" w:rsidRPr="002A567B" w:rsidRDefault="006B7CF0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</w:tbl>
    <w:p w14:paraId="164126D6" w14:textId="77777777" w:rsidR="00CD3C79" w:rsidRPr="002A567B" w:rsidRDefault="00CD3C79">
      <w:pPr>
        <w:rPr>
          <w:rFonts w:ascii="Sofia Pro" w:hAnsi="Sofia Pro"/>
          <w:lang w:val="de-CH"/>
        </w:rPr>
      </w:pPr>
    </w:p>
    <w:p w14:paraId="5C7B910B" w14:textId="77777777" w:rsidR="00CD3C79" w:rsidRPr="00C7109E" w:rsidRDefault="00FF37DA">
      <w:pPr>
        <w:spacing w:before="160" w:after="80"/>
        <w:rPr>
          <w:rFonts w:ascii="Sofia Pro" w:hAnsi="Sofia Pro"/>
        </w:rPr>
      </w:pPr>
      <w:r w:rsidRPr="00C7109E">
        <w:rPr>
          <w:rFonts w:ascii="Sofia Pro" w:hAnsi="Sofia Pro"/>
          <w:b/>
          <w:sz w:val="28"/>
        </w:rPr>
        <w:t>2. Angaben zum Start-up Unternehmen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941"/>
      </w:tblGrid>
      <w:tr w:rsidR="00CD3C79" w:rsidRPr="001E6815" w14:paraId="471DC5D0" w14:textId="77777777" w:rsidTr="000A25B7">
        <w:trPr>
          <w:jc w:val="center"/>
        </w:trPr>
        <w:tc>
          <w:tcPr>
            <w:tcW w:w="2689" w:type="dxa"/>
            <w:vAlign w:val="center"/>
          </w:tcPr>
          <w:p w14:paraId="0B7840C5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Name Start-up</w:t>
            </w:r>
          </w:p>
        </w:tc>
        <w:tc>
          <w:tcPr>
            <w:tcW w:w="5941" w:type="dxa"/>
            <w:vAlign w:val="center"/>
          </w:tcPr>
          <w:p w14:paraId="1F597D04" w14:textId="168D62CB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4640243C" w14:textId="77777777" w:rsidTr="000A25B7">
        <w:trPr>
          <w:jc w:val="center"/>
        </w:trPr>
        <w:tc>
          <w:tcPr>
            <w:tcW w:w="2689" w:type="dxa"/>
            <w:vAlign w:val="center"/>
          </w:tcPr>
          <w:p w14:paraId="5C3AA1B7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Inhaber</w:t>
            </w:r>
          </w:p>
        </w:tc>
        <w:tc>
          <w:tcPr>
            <w:tcW w:w="5941" w:type="dxa"/>
            <w:vAlign w:val="center"/>
          </w:tcPr>
          <w:p w14:paraId="505ACB90" w14:textId="4913BEFE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5B604D3B" w14:textId="77777777" w:rsidTr="000A25B7">
        <w:trPr>
          <w:jc w:val="center"/>
        </w:trPr>
        <w:tc>
          <w:tcPr>
            <w:tcW w:w="2689" w:type="dxa"/>
            <w:vAlign w:val="center"/>
          </w:tcPr>
          <w:p w14:paraId="25BAF23B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Strasse</w:t>
            </w:r>
          </w:p>
        </w:tc>
        <w:tc>
          <w:tcPr>
            <w:tcW w:w="5941" w:type="dxa"/>
            <w:vAlign w:val="center"/>
          </w:tcPr>
          <w:p w14:paraId="0FEB9282" w14:textId="1592E76C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7F64CEAC" w14:textId="77777777" w:rsidTr="000A25B7">
        <w:trPr>
          <w:jc w:val="center"/>
        </w:trPr>
        <w:tc>
          <w:tcPr>
            <w:tcW w:w="2689" w:type="dxa"/>
            <w:vAlign w:val="center"/>
          </w:tcPr>
          <w:p w14:paraId="187FBFA1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PLZ / Ort</w:t>
            </w:r>
          </w:p>
        </w:tc>
        <w:tc>
          <w:tcPr>
            <w:tcW w:w="5941" w:type="dxa"/>
            <w:vAlign w:val="center"/>
          </w:tcPr>
          <w:p w14:paraId="77E74C3E" w14:textId="3FC4E936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44942FCC" w14:textId="77777777" w:rsidTr="000A25B7">
        <w:trPr>
          <w:jc w:val="center"/>
        </w:trPr>
        <w:tc>
          <w:tcPr>
            <w:tcW w:w="2689" w:type="dxa"/>
            <w:vAlign w:val="center"/>
          </w:tcPr>
          <w:p w14:paraId="595988E8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Kontaktperson</w:t>
            </w:r>
          </w:p>
        </w:tc>
        <w:tc>
          <w:tcPr>
            <w:tcW w:w="5941" w:type="dxa"/>
            <w:vAlign w:val="center"/>
          </w:tcPr>
          <w:p w14:paraId="5AE5FFD3" w14:textId="00338155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712F1C02" w14:textId="77777777" w:rsidTr="000A25B7">
        <w:trPr>
          <w:jc w:val="center"/>
        </w:trPr>
        <w:tc>
          <w:tcPr>
            <w:tcW w:w="2689" w:type="dxa"/>
            <w:vAlign w:val="center"/>
          </w:tcPr>
          <w:p w14:paraId="03FA7F67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Telefonnummer</w:t>
            </w:r>
          </w:p>
        </w:tc>
        <w:tc>
          <w:tcPr>
            <w:tcW w:w="5941" w:type="dxa"/>
            <w:vAlign w:val="center"/>
          </w:tcPr>
          <w:p w14:paraId="3BF6412C" w14:textId="52F53CA5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30134127" w14:textId="77777777" w:rsidTr="000A25B7">
        <w:trPr>
          <w:jc w:val="center"/>
        </w:trPr>
        <w:tc>
          <w:tcPr>
            <w:tcW w:w="2689" w:type="dxa"/>
            <w:vAlign w:val="center"/>
          </w:tcPr>
          <w:p w14:paraId="37526F90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E-Mail / Website</w:t>
            </w:r>
          </w:p>
        </w:tc>
        <w:tc>
          <w:tcPr>
            <w:tcW w:w="5941" w:type="dxa"/>
            <w:vAlign w:val="center"/>
          </w:tcPr>
          <w:p w14:paraId="708EC472" w14:textId="25246A93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552888B4" w14:textId="77777777" w:rsidTr="000A25B7">
        <w:trPr>
          <w:jc w:val="center"/>
        </w:trPr>
        <w:tc>
          <w:tcPr>
            <w:tcW w:w="2689" w:type="dxa"/>
            <w:vAlign w:val="center"/>
          </w:tcPr>
          <w:p w14:paraId="6DB732D5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Industrie/Branche</w:t>
            </w:r>
          </w:p>
        </w:tc>
        <w:tc>
          <w:tcPr>
            <w:tcW w:w="5941" w:type="dxa"/>
            <w:vAlign w:val="center"/>
          </w:tcPr>
          <w:p w14:paraId="28260207" w14:textId="01194918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73D7ED70" w14:textId="77777777" w:rsidTr="000A25B7">
        <w:trPr>
          <w:jc w:val="center"/>
        </w:trPr>
        <w:tc>
          <w:tcPr>
            <w:tcW w:w="2689" w:type="dxa"/>
            <w:vAlign w:val="center"/>
          </w:tcPr>
          <w:p w14:paraId="0F114A25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Gesellschaftsform</w:t>
            </w:r>
          </w:p>
        </w:tc>
        <w:tc>
          <w:tcPr>
            <w:tcW w:w="5941" w:type="dxa"/>
            <w:vAlign w:val="center"/>
          </w:tcPr>
          <w:p w14:paraId="25561E5F" w14:textId="4215E055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7C6A00E0" w14:textId="77777777" w:rsidTr="000A25B7">
        <w:trPr>
          <w:jc w:val="center"/>
        </w:trPr>
        <w:tc>
          <w:tcPr>
            <w:tcW w:w="2689" w:type="dxa"/>
            <w:vAlign w:val="center"/>
          </w:tcPr>
          <w:p w14:paraId="3DBCD41A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Gründungsdatum</w:t>
            </w:r>
          </w:p>
        </w:tc>
        <w:tc>
          <w:tcPr>
            <w:tcW w:w="5941" w:type="dxa"/>
            <w:vAlign w:val="center"/>
          </w:tcPr>
          <w:p w14:paraId="1021D160" w14:textId="5C4BE2B6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1E6815" w14:paraId="2538258A" w14:textId="77777777" w:rsidTr="000A25B7">
        <w:trPr>
          <w:jc w:val="center"/>
        </w:trPr>
        <w:tc>
          <w:tcPr>
            <w:tcW w:w="2689" w:type="dxa"/>
            <w:vAlign w:val="center"/>
          </w:tcPr>
          <w:p w14:paraId="09B089A3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Rechtlicher Sitz</w:t>
            </w:r>
          </w:p>
        </w:tc>
        <w:tc>
          <w:tcPr>
            <w:tcW w:w="5941" w:type="dxa"/>
            <w:vAlign w:val="center"/>
          </w:tcPr>
          <w:p w14:paraId="549CFA38" w14:textId="66455082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CD3C79" w:rsidRPr="00C7109E" w14:paraId="139C8E76" w14:textId="77777777" w:rsidTr="000A25B7">
        <w:trPr>
          <w:jc w:val="center"/>
        </w:trPr>
        <w:tc>
          <w:tcPr>
            <w:tcW w:w="2689" w:type="dxa"/>
            <w:vAlign w:val="center"/>
          </w:tcPr>
          <w:p w14:paraId="7604E7E3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Mitarbeiter bei Einzug</w:t>
            </w:r>
          </w:p>
        </w:tc>
        <w:tc>
          <w:tcPr>
            <w:tcW w:w="5941" w:type="dxa"/>
            <w:vAlign w:val="center"/>
          </w:tcPr>
          <w:p w14:paraId="3540D79E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</w:rPr>
              <w:t>☐ 1    ☐ 2    ☐ 3–5    ☐ 6–10    ☐ 11–15    ☐ ab 15</w:t>
            </w:r>
          </w:p>
        </w:tc>
      </w:tr>
      <w:tr w:rsidR="00CD3C79" w:rsidRPr="001E6815" w14:paraId="44905956" w14:textId="77777777" w:rsidTr="000A25B7">
        <w:trPr>
          <w:jc w:val="center"/>
        </w:trPr>
        <w:tc>
          <w:tcPr>
            <w:tcW w:w="2689" w:type="dxa"/>
            <w:vAlign w:val="center"/>
          </w:tcPr>
          <w:p w14:paraId="7811F1F9" w14:textId="77777777" w:rsidR="00CD3C79" w:rsidRPr="00C7109E" w:rsidRDefault="00FF37DA">
            <w:pPr>
              <w:rPr>
                <w:rFonts w:ascii="Sofia Pro" w:hAnsi="Sofia Pro"/>
              </w:rPr>
            </w:pPr>
            <w:r w:rsidRPr="00C7109E">
              <w:rPr>
                <w:rFonts w:ascii="Sofia Pro" w:hAnsi="Sofia Pro"/>
                <w:b/>
              </w:rPr>
              <w:t>Firmenidee</w:t>
            </w:r>
          </w:p>
        </w:tc>
        <w:tc>
          <w:tcPr>
            <w:tcW w:w="5941" w:type="dxa"/>
            <w:vAlign w:val="center"/>
          </w:tcPr>
          <w:p w14:paraId="637CC4A2" w14:textId="0C2E76C1" w:rsidR="00CD3C79" w:rsidRPr="001E6815" w:rsidRDefault="00F771A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</w:tbl>
    <w:p w14:paraId="70C013F4" w14:textId="77777777" w:rsidR="00CD3C79" w:rsidRPr="001E6815" w:rsidRDefault="00CD3C79">
      <w:pPr>
        <w:rPr>
          <w:rFonts w:ascii="Sofia Pro" w:hAnsi="Sofia Pro"/>
          <w:lang w:val="de-CH"/>
        </w:rPr>
      </w:pPr>
    </w:p>
    <w:p w14:paraId="6198AEE6" w14:textId="7BD8E908" w:rsidR="008248D6" w:rsidRDefault="00FF37DA" w:rsidP="005C2532">
      <w:pPr>
        <w:spacing w:before="160" w:after="80"/>
        <w:rPr>
          <w:rFonts w:ascii="Sofia Pro" w:hAnsi="Sofia Pro"/>
          <w:lang w:val="de-CH"/>
        </w:rPr>
      </w:pPr>
      <w:r w:rsidRPr="00E55257">
        <w:rPr>
          <w:rFonts w:ascii="Sofia Pro" w:hAnsi="Sofia Pro"/>
          <w:b/>
          <w:sz w:val="28"/>
          <w:lang w:val="de-CH"/>
        </w:rPr>
        <w:t>3. Informationen zum Produkt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11038" w14:paraId="241357D8" w14:textId="77777777" w:rsidTr="00711038">
        <w:tc>
          <w:tcPr>
            <w:tcW w:w="8630" w:type="dxa"/>
          </w:tcPr>
          <w:p w14:paraId="2CE33920" w14:textId="1416CEC3" w:rsidR="00711038" w:rsidRDefault="00711038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Werden durch Ihre Firma neue (exportfähige</w:t>
            </w:r>
            <w:r>
              <w:rPr>
                <w:rFonts w:ascii="Sofia Pro" w:hAnsi="Sofia Pro"/>
                <w:b/>
                <w:lang w:val="de-CH"/>
              </w:rPr>
              <w:t>)</w:t>
            </w:r>
            <w:r w:rsidRPr="00AF6CBB">
              <w:rPr>
                <w:rFonts w:ascii="Sofia Pro" w:hAnsi="Sofia Pro"/>
                <w:b/>
                <w:lang w:val="de-CH"/>
              </w:rPr>
              <w:t xml:space="preserve"> Produkte entwickelt?</w:t>
            </w:r>
          </w:p>
        </w:tc>
      </w:tr>
      <w:tr w:rsidR="00711038" w14:paraId="30F8F523" w14:textId="77777777" w:rsidTr="00711038">
        <w:tc>
          <w:tcPr>
            <w:tcW w:w="8630" w:type="dxa"/>
          </w:tcPr>
          <w:p w14:paraId="151DBD6F" w14:textId="751EB1EA" w:rsidR="00711038" w:rsidRDefault="007514D6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C2532" w14:paraId="766FA7CB" w14:textId="77777777" w:rsidTr="00711038">
        <w:tc>
          <w:tcPr>
            <w:tcW w:w="8630" w:type="dxa"/>
          </w:tcPr>
          <w:p w14:paraId="212A7FA5" w14:textId="606724B1" w:rsidR="005C2532" w:rsidRDefault="005C2532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Marktreife / Entwicklungsstand:</w:t>
            </w:r>
          </w:p>
        </w:tc>
      </w:tr>
      <w:tr w:rsidR="005C2532" w14:paraId="18BEC58F" w14:textId="77777777" w:rsidTr="00711038">
        <w:tc>
          <w:tcPr>
            <w:tcW w:w="8630" w:type="dxa"/>
          </w:tcPr>
          <w:sdt>
            <w:sdtPr>
              <w:rPr>
                <w:rFonts w:ascii="Sofia Pro" w:hAnsi="Sofia Pro"/>
                <w:lang w:val="de-CH"/>
              </w:rPr>
              <w:id w:val="-334611380"/>
              <w:placeholder>
                <w:docPart w:val="DefaultPlaceholder_-1854013440"/>
              </w:placeholder>
              <w:text/>
            </w:sdtPr>
            <w:sdtEndPr/>
            <w:sdtContent>
              <w:p w14:paraId="79961550" w14:textId="1CA67957" w:rsidR="005C2532" w:rsidRPr="00AF6CBB" w:rsidRDefault="00943C6D" w:rsidP="005C2532">
                <w:pPr>
                  <w:rPr>
                    <w:rFonts w:ascii="Sofia Pro" w:hAnsi="Sofia Pro"/>
                    <w:lang w:val="de-CH"/>
                  </w:rPr>
                </w:pPr>
                <w:r w:rsidRPr="00AF6CBB">
                  <w:rPr>
                    <w:rFonts w:ascii="Sofia Pro" w:hAnsi="Sofia Pro"/>
                    <w:lang w:val="de-CH"/>
                  </w:rPr>
                  <w:t>☐ Idee</w:t>
                </w:r>
                <w:r>
                  <w:rPr>
                    <w:rFonts w:ascii="Sofia Pro" w:hAnsi="Sofia Pro"/>
                    <w:lang w:val="de-CH"/>
                  </w:rPr>
                  <w:t xml:space="preserve">  </w:t>
                </w:r>
                <w:r w:rsidRPr="00AF6CBB">
                  <w:rPr>
                    <w:rFonts w:ascii="Sofia Pro" w:hAnsi="Sofia Pro"/>
                    <w:lang w:val="de-CH"/>
                  </w:rPr>
                  <w:t>☐ Entwicklungsprojekt</w:t>
                </w:r>
                <w:r>
                  <w:rPr>
                    <w:rFonts w:ascii="Sofia Pro" w:hAnsi="Sofia Pro"/>
                    <w:lang w:val="de-CH"/>
                  </w:rPr>
                  <w:t xml:space="preserve">  </w:t>
                </w:r>
                <w:r w:rsidRPr="00AF6CBB">
                  <w:rPr>
                    <w:rFonts w:ascii="Sofia Pro" w:hAnsi="Sofia Pro"/>
                    <w:lang w:val="de-CH"/>
                  </w:rPr>
                  <w:t>☐ Prototyp</w:t>
                </w:r>
                <w:r>
                  <w:rPr>
                    <w:rFonts w:ascii="Sofia Pro" w:hAnsi="Sofia Pro"/>
                    <w:lang w:val="de-CH"/>
                  </w:rPr>
                  <w:t xml:space="preserve">  </w:t>
                </w:r>
                <w:r w:rsidRPr="00AF6CBB">
                  <w:rPr>
                    <w:rFonts w:ascii="Sofia Pro" w:hAnsi="Sofia Pro"/>
                    <w:lang w:val="de-CH"/>
                  </w:rPr>
                  <w:t>☐ Null-Serie</w:t>
                </w:r>
                <w:r>
                  <w:rPr>
                    <w:rFonts w:ascii="Sofia Pro" w:hAnsi="Sofia Pro"/>
                    <w:lang w:val="de-CH"/>
                  </w:rPr>
                  <w:t xml:space="preserve">  </w:t>
                </w:r>
                <w:r w:rsidRPr="00AF6CBB">
                  <w:rPr>
                    <w:rFonts w:ascii="Sofia Pro" w:hAnsi="Sofia Pro"/>
                    <w:lang w:val="de-CH"/>
                  </w:rPr>
                  <w:t>☐ Serienfertigung</w:t>
                </w:r>
                <w:r>
                  <w:rPr>
                    <w:rFonts w:ascii="Sofia Pro" w:hAnsi="Sofia Pro"/>
                    <w:lang w:val="de-CH"/>
                  </w:rPr>
                  <w:t xml:space="preserve">  </w:t>
                </w:r>
                <w:r w:rsidRPr="00AF6CBB">
                  <w:rPr>
                    <w:rFonts w:ascii="Sofia Pro" w:hAnsi="Sofia Pro"/>
                    <w:lang w:val="de-CH"/>
                  </w:rPr>
                  <w:t>☐</w:t>
                </w:r>
                <w:r>
                  <w:rPr>
                    <w:rFonts w:ascii="Sofia Pro" w:hAnsi="Sofia Pro"/>
                    <w:lang w:val="de-CH"/>
                  </w:rPr>
                  <w:t xml:space="preserve"> </w:t>
                </w:r>
                <w:r w:rsidRPr="00AF6CBB">
                  <w:rPr>
                    <w:rFonts w:ascii="Sofia Pro" w:hAnsi="Sofia Pro"/>
                    <w:lang w:val="de-CH"/>
                  </w:rPr>
                  <w:t>andere</w:t>
                </w:r>
                <w:r>
                  <w:rPr>
                    <w:rFonts w:ascii="Sofia Pro" w:hAnsi="Sofia Pro"/>
                    <w:lang w:val="de-CH"/>
                  </w:rPr>
                  <w:t xml:space="preserve"> </w:t>
                </w:r>
              </w:p>
            </w:sdtContent>
          </w:sdt>
          <w:p w14:paraId="07AD2706" w14:textId="3B271DF2" w:rsidR="005C2532" w:rsidRPr="00AF6CBB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C2532" w14:paraId="6CCFEAA2" w14:textId="77777777" w:rsidTr="00711038">
        <w:tc>
          <w:tcPr>
            <w:tcW w:w="8630" w:type="dxa"/>
          </w:tcPr>
          <w:p w14:paraId="51A2C798" w14:textId="01531BCF" w:rsidR="005C2532" w:rsidRPr="00AF6CBB" w:rsidRDefault="005C2532" w:rsidP="005C2532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Werden durch Ihre Firma neue Märkte erschlossen? Marktpotential?</w:t>
            </w:r>
          </w:p>
        </w:tc>
      </w:tr>
      <w:tr w:rsidR="005C2532" w14:paraId="162E87C9" w14:textId="77777777" w:rsidTr="00711038">
        <w:tc>
          <w:tcPr>
            <w:tcW w:w="8630" w:type="dxa"/>
          </w:tcPr>
          <w:p w14:paraId="520147DB" w14:textId="3CE0DB1A" w:rsidR="005C2532" w:rsidRPr="00AF6CBB" w:rsidRDefault="007514D6" w:rsidP="005C2532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711038" w14:paraId="27E998F0" w14:textId="77777777" w:rsidTr="00711038">
        <w:tc>
          <w:tcPr>
            <w:tcW w:w="8630" w:type="dxa"/>
          </w:tcPr>
          <w:p w14:paraId="59E100D4" w14:textId="3B5FCD40" w:rsidR="00711038" w:rsidRDefault="00711038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Zielt Ihre Firma auf die Substitution von Importen ab?</w:t>
            </w:r>
          </w:p>
        </w:tc>
      </w:tr>
      <w:tr w:rsidR="00711038" w14:paraId="6B344875" w14:textId="77777777" w:rsidTr="00711038">
        <w:tc>
          <w:tcPr>
            <w:tcW w:w="8630" w:type="dxa"/>
          </w:tcPr>
          <w:p w14:paraId="479CF372" w14:textId="2082AF87" w:rsidR="00711038" w:rsidRDefault="007514D6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711038" w14:paraId="7A36A669" w14:textId="77777777" w:rsidTr="00711038">
        <w:tc>
          <w:tcPr>
            <w:tcW w:w="8630" w:type="dxa"/>
          </w:tcPr>
          <w:p w14:paraId="4FCCADDC" w14:textId="4C50D1AC" w:rsidR="00711038" w:rsidRDefault="00711038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lastRenderedPageBreak/>
              <w:t>Zielt die Entwicklung von neuen Produkten bzw. Prozessen auf eine Erhöhung der Wettbewerbsfähigkeit Ihrer Firma ab?</w:t>
            </w:r>
          </w:p>
        </w:tc>
      </w:tr>
      <w:tr w:rsidR="00711038" w14:paraId="615B9952" w14:textId="77777777" w:rsidTr="00711038">
        <w:tc>
          <w:tcPr>
            <w:tcW w:w="8630" w:type="dxa"/>
          </w:tcPr>
          <w:p w14:paraId="1D9B1404" w14:textId="70C5C89C" w:rsidR="00711038" w:rsidRDefault="007514D6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711038" w14:paraId="75188B4C" w14:textId="77777777" w:rsidTr="00711038">
        <w:tc>
          <w:tcPr>
            <w:tcW w:w="8630" w:type="dxa"/>
          </w:tcPr>
          <w:p w14:paraId="15583C93" w14:textId="431401D4" w:rsidR="00711038" w:rsidRDefault="00711038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Besteht die Möglichkeit einer Eintragung eines Patentes für Ihr Produkt?</w:t>
            </w:r>
          </w:p>
        </w:tc>
      </w:tr>
      <w:tr w:rsidR="00711038" w14:paraId="048263F9" w14:textId="77777777" w:rsidTr="00711038">
        <w:tc>
          <w:tcPr>
            <w:tcW w:w="8630" w:type="dxa"/>
          </w:tcPr>
          <w:p w14:paraId="61E76108" w14:textId="229D8D78" w:rsidR="00711038" w:rsidRDefault="007514D6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711038" w14:paraId="50ED3525" w14:textId="77777777" w:rsidTr="00711038">
        <w:tc>
          <w:tcPr>
            <w:tcW w:w="8630" w:type="dxa"/>
          </w:tcPr>
          <w:p w14:paraId="74ED5BF1" w14:textId="4CAEBB1A" w:rsidR="00711038" w:rsidRDefault="005C2532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Leistet Ihre Firma einen direkten Beitrag zur Erhöhung der regionalen Wertschöpfung?</w:t>
            </w:r>
          </w:p>
        </w:tc>
      </w:tr>
      <w:tr w:rsidR="00711038" w14:paraId="074701D4" w14:textId="77777777" w:rsidTr="00711038">
        <w:tc>
          <w:tcPr>
            <w:tcW w:w="8630" w:type="dxa"/>
          </w:tcPr>
          <w:p w14:paraId="2203CFC8" w14:textId="39B315E5" w:rsidR="00711038" w:rsidRDefault="007514D6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711038" w14:paraId="50CD129D" w14:textId="77777777" w:rsidTr="00711038">
        <w:tc>
          <w:tcPr>
            <w:tcW w:w="8630" w:type="dxa"/>
          </w:tcPr>
          <w:p w14:paraId="0C41BBC4" w14:textId="49C0C106" w:rsidR="00711038" w:rsidRDefault="005C2532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Wird durch Ihre Firma die Wertschöpfungskette innerhalb der Region verlängert?</w:t>
            </w:r>
          </w:p>
        </w:tc>
      </w:tr>
      <w:tr w:rsidR="00711038" w14:paraId="650BF642" w14:textId="77777777" w:rsidTr="00711038">
        <w:tc>
          <w:tcPr>
            <w:tcW w:w="8630" w:type="dxa"/>
          </w:tcPr>
          <w:p w14:paraId="6E0C32F6" w14:textId="29F1691E" w:rsidR="00711038" w:rsidRDefault="007514D6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711038" w14:paraId="01D010FB" w14:textId="77777777" w:rsidTr="00711038">
        <w:tc>
          <w:tcPr>
            <w:tcW w:w="8630" w:type="dxa"/>
          </w:tcPr>
          <w:p w14:paraId="61FB53F0" w14:textId="2E1B38E4" w:rsidR="00711038" w:rsidRDefault="005C2532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Besteht ein Mehrwert aus der Innovation? Wie ist der Kundennutzen?</w:t>
            </w:r>
          </w:p>
        </w:tc>
      </w:tr>
      <w:tr w:rsidR="005C2532" w14:paraId="0282A56E" w14:textId="77777777" w:rsidTr="00711038">
        <w:tc>
          <w:tcPr>
            <w:tcW w:w="8630" w:type="dxa"/>
          </w:tcPr>
          <w:p w14:paraId="7667ADC7" w14:textId="7E49CA5F" w:rsidR="005C2532" w:rsidRPr="00AF6CBB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C2532" w14:paraId="7DE36FF6" w14:textId="77777777" w:rsidTr="00711038">
        <w:tc>
          <w:tcPr>
            <w:tcW w:w="8630" w:type="dxa"/>
          </w:tcPr>
          <w:p w14:paraId="05A74A8B" w14:textId="17CA5772" w:rsidR="005C2532" w:rsidRPr="00AF6CBB" w:rsidRDefault="005C2532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Können vorhandene Potenziale in Ihrem wirtschaftlichen Nutzen gefördert/verstärkt werden?</w:t>
            </w:r>
          </w:p>
        </w:tc>
      </w:tr>
      <w:tr w:rsidR="000A25B7" w14:paraId="05F2ABFA" w14:textId="77777777" w:rsidTr="00711038">
        <w:tc>
          <w:tcPr>
            <w:tcW w:w="8630" w:type="dxa"/>
          </w:tcPr>
          <w:p w14:paraId="224681EA" w14:textId="554078A9" w:rsidR="000A25B7" w:rsidRPr="00AF6CBB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</w:tbl>
    <w:p w14:paraId="4D671CD9" w14:textId="77777777" w:rsidR="008248D6" w:rsidRPr="00AF6CBB" w:rsidRDefault="008248D6">
      <w:pPr>
        <w:rPr>
          <w:rFonts w:ascii="Sofia Pro" w:hAnsi="Sofia Pro"/>
          <w:lang w:val="de-CH"/>
        </w:rPr>
      </w:pPr>
    </w:p>
    <w:p w14:paraId="72EE78E4" w14:textId="77777777" w:rsidR="00CD3C79" w:rsidRPr="00AF6CBB" w:rsidRDefault="00FF37DA">
      <w:pPr>
        <w:spacing w:before="160" w:after="80"/>
        <w:rPr>
          <w:rFonts w:ascii="Sofia Pro" w:hAnsi="Sofia Pro"/>
          <w:lang w:val="de-CH"/>
        </w:rPr>
      </w:pPr>
      <w:r w:rsidRPr="00AF6CBB">
        <w:rPr>
          <w:rFonts w:ascii="Sofia Pro" w:hAnsi="Sofia Pro"/>
          <w:b/>
          <w:sz w:val="28"/>
          <w:lang w:val="de-CH"/>
        </w:rPr>
        <w:t>4. Informationen zum Nutzen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4737B" w14:paraId="2C25F871" w14:textId="77777777" w:rsidTr="00A4737B">
        <w:tc>
          <w:tcPr>
            <w:tcW w:w="8630" w:type="dxa"/>
          </w:tcPr>
          <w:p w14:paraId="62B3F0B3" w14:textId="5E0FCE25" w:rsidR="00A4737B" w:rsidRDefault="00A4737B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Besteht für die Innovation/Dienstleistung ein entsprechendes Potenzial auf dem Markt?</w:t>
            </w:r>
          </w:p>
        </w:tc>
      </w:tr>
      <w:tr w:rsidR="00A4737B" w14:paraId="187914F2" w14:textId="77777777" w:rsidTr="00A4737B">
        <w:tc>
          <w:tcPr>
            <w:tcW w:w="8630" w:type="dxa"/>
          </w:tcPr>
          <w:p w14:paraId="47B8D2BA" w14:textId="33AD16E6" w:rsidR="00A4737B" w:rsidRDefault="007514D6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A4737B" w14:paraId="491089BB" w14:textId="77777777" w:rsidTr="00A4737B">
        <w:tc>
          <w:tcPr>
            <w:tcW w:w="8630" w:type="dxa"/>
          </w:tcPr>
          <w:p w14:paraId="7825468D" w14:textId="29E90D38" w:rsidR="00A4737B" w:rsidRDefault="00A4737B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Wird ein direkter Beitrag zur Förderung der Standortqualität des Wirtschaftsraums geleistet?</w:t>
            </w:r>
          </w:p>
        </w:tc>
      </w:tr>
      <w:tr w:rsidR="00A4737B" w14:paraId="542712A3" w14:textId="77777777" w:rsidTr="00A4737B">
        <w:tc>
          <w:tcPr>
            <w:tcW w:w="8630" w:type="dxa"/>
          </w:tcPr>
          <w:p w14:paraId="1A80A42D" w14:textId="47B024C7" w:rsidR="00A4737B" w:rsidRDefault="007514D6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A4737B" w14:paraId="583AA1D8" w14:textId="77777777" w:rsidTr="00A4737B">
        <w:tc>
          <w:tcPr>
            <w:tcW w:w="8630" w:type="dxa"/>
          </w:tcPr>
          <w:p w14:paraId="7A02CB35" w14:textId="2A0C36DB" w:rsidR="00A4737B" w:rsidRDefault="00A4737B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Sind Sie als Mieter und/oder Ihr Management am Unternehmen beteiligt?</w:t>
            </w:r>
          </w:p>
        </w:tc>
      </w:tr>
      <w:tr w:rsidR="00A4737B" w14:paraId="60D7D10E" w14:textId="77777777" w:rsidTr="00A4737B">
        <w:tc>
          <w:tcPr>
            <w:tcW w:w="8630" w:type="dxa"/>
          </w:tcPr>
          <w:p w14:paraId="5C5FC365" w14:textId="7CC2DE40" w:rsidR="00A4737B" w:rsidRDefault="007514D6">
            <w:pPr>
              <w:rPr>
                <w:rFonts w:ascii="Sofia Pro" w:hAnsi="Sofia Pro"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A4737B" w14:paraId="65759DCD" w14:textId="77777777" w:rsidTr="00A4737B">
        <w:tc>
          <w:tcPr>
            <w:tcW w:w="8630" w:type="dxa"/>
          </w:tcPr>
          <w:p w14:paraId="0F08F397" w14:textId="22B9031B" w:rsidR="00A4737B" w:rsidRDefault="00A4737B">
            <w:pPr>
              <w:rPr>
                <w:rFonts w:ascii="Sofia Pro" w:hAnsi="Sofia Pro"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Organigramm der Eigentümerstruktur?</w:t>
            </w:r>
          </w:p>
        </w:tc>
      </w:tr>
      <w:tr w:rsidR="000A25B7" w14:paraId="76B15D47" w14:textId="77777777" w:rsidTr="00A4737B">
        <w:tc>
          <w:tcPr>
            <w:tcW w:w="8630" w:type="dxa"/>
          </w:tcPr>
          <w:p w14:paraId="7566755D" w14:textId="09F706A1" w:rsidR="000A25B7" w:rsidRPr="00AF6CBB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</w:tbl>
    <w:p w14:paraId="3139A7B6" w14:textId="77777777" w:rsidR="00A4737B" w:rsidRPr="00AF6CBB" w:rsidRDefault="00A4737B">
      <w:pPr>
        <w:rPr>
          <w:rFonts w:ascii="Sofia Pro" w:hAnsi="Sofia Pro"/>
          <w:lang w:val="de-CH"/>
        </w:rPr>
      </w:pPr>
    </w:p>
    <w:p w14:paraId="47EA9F3E" w14:textId="77777777" w:rsidR="00CD3C79" w:rsidRPr="00AF6CBB" w:rsidRDefault="00FF37DA">
      <w:pPr>
        <w:spacing w:before="160" w:after="80"/>
        <w:rPr>
          <w:rFonts w:ascii="Sofia Pro" w:hAnsi="Sofia Pro"/>
          <w:lang w:val="de-CH"/>
        </w:rPr>
      </w:pPr>
      <w:r w:rsidRPr="00AF6CBB">
        <w:rPr>
          <w:rFonts w:ascii="Sofia Pro" w:hAnsi="Sofia Pro"/>
          <w:b/>
          <w:sz w:val="28"/>
          <w:lang w:val="de-CH"/>
        </w:rPr>
        <w:t>5. Informationen zu Finanzen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630"/>
      </w:tblGrid>
      <w:tr w:rsidR="005A3BB1" w14:paraId="781FF482" w14:textId="77777777" w:rsidTr="005A3BB1">
        <w:tc>
          <w:tcPr>
            <w:tcW w:w="8630" w:type="dxa"/>
          </w:tcPr>
          <w:p w14:paraId="1125F475" w14:textId="6E91BB6E" w:rsidR="005A3BB1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Kann Ihre Firma längerfristig wirtschaftlich tragfähig arbeiten bzw. einen genügend hohen Cashflow erwirtschaften?</w:t>
            </w:r>
          </w:p>
        </w:tc>
      </w:tr>
      <w:tr w:rsidR="005A3BB1" w14:paraId="39DA0DFE" w14:textId="77777777" w:rsidTr="005A3BB1">
        <w:tc>
          <w:tcPr>
            <w:tcW w:w="8630" w:type="dxa"/>
          </w:tcPr>
          <w:p w14:paraId="7CF40E6B" w14:textId="2FBFFC4C" w:rsidR="005A3BB1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22818A98" w14:textId="77777777" w:rsidTr="005A3BB1">
        <w:tc>
          <w:tcPr>
            <w:tcW w:w="8630" w:type="dxa"/>
          </w:tcPr>
          <w:p w14:paraId="7D578B22" w14:textId="11E3E340" w:rsidR="005A3BB1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Sind bereits konkrete Investorengelder gesprochen worden?</w:t>
            </w:r>
          </w:p>
        </w:tc>
      </w:tr>
      <w:tr w:rsidR="005A3BB1" w14:paraId="6DDA9205" w14:textId="77777777" w:rsidTr="005A3BB1">
        <w:tc>
          <w:tcPr>
            <w:tcW w:w="8630" w:type="dxa"/>
          </w:tcPr>
          <w:p w14:paraId="5EAEAAC8" w14:textId="681C05AD" w:rsidR="005A3BB1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04C24147" w14:textId="77777777" w:rsidTr="005A3BB1">
        <w:tc>
          <w:tcPr>
            <w:tcW w:w="8630" w:type="dxa"/>
          </w:tcPr>
          <w:p w14:paraId="7520C213" w14:textId="2D0C0A54" w:rsidR="005A3BB1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Ist ein mittelfristiges Überleben bis zur Markteinführung gewährleistet?</w:t>
            </w:r>
          </w:p>
        </w:tc>
      </w:tr>
      <w:tr w:rsidR="005A3BB1" w14:paraId="0C7429F8" w14:textId="77777777" w:rsidTr="005A3BB1">
        <w:tc>
          <w:tcPr>
            <w:tcW w:w="8630" w:type="dxa"/>
          </w:tcPr>
          <w:p w14:paraId="2B4EE356" w14:textId="38C679F6" w:rsidR="005A3BB1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39B56BDF" w14:textId="77777777" w:rsidTr="005A3BB1">
        <w:tc>
          <w:tcPr>
            <w:tcW w:w="8630" w:type="dxa"/>
          </w:tcPr>
          <w:p w14:paraId="74353EC1" w14:textId="4A6B4FDE" w:rsidR="005A3BB1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Ist das benötigte Kapital vorhanden? Wie ist Ihre Unternehmung finanziert?</w:t>
            </w:r>
          </w:p>
        </w:tc>
      </w:tr>
      <w:tr w:rsidR="005A3BB1" w14:paraId="51798CB0" w14:textId="77777777" w:rsidTr="005A3BB1">
        <w:tc>
          <w:tcPr>
            <w:tcW w:w="8630" w:type="dxa"/>
          </w:tcPr>
          <w:p w14:paraId="08DE413E" w14:textId="0EF6B2A0" w:rsidR="005A3BB1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404E1754" w14:textId="77777777" w:rsidTr="005A3BB1">
        <w:tc>
          <w:tcPr>
            <w:tcW w:w="8630" w:type="dxa"/>
          </w:tcPr>
          <w:p w14:paraId="28AAECE0" w14:textId="093621AC" w:rsidR="005A3BB1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Liegen die Abschlüsse der letzten Jahre vor?</w:t>
            </w:r>
          </w:p>
        </w:tc>
      </w:tr>
      <w:tr w:rsidR="005A3BB1" w14:paraId="19A8E0AD" w14:textId="77777777" w:rsidTr="005A3BB1">
        <w:tc>
          <w:tcPr>
            <w:tcW w:w="8630" w:type="dxa"/>
          </w:tcPr>
          <w:p w14:paraId="26D377D5" w14:textId="08653D74" w:rsidR="005A3BB1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2C52CE7B" w14:textId="77777777" w:rsidTr="005A3BB1">
        <w:tc>
          <w:tcPr>
            <w:tcW w:w="8630" w:type="dxa"/>
          </w:tcPr>
          <w:p w14:paraId="519DC31B" w14:textId="2CF12B2D" w:rsidR="005A3BB1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Liegt die Kostenstruktur im Unternehmen vor?</w:t>
            </w:r>
          </w:p>
        </w:tc>
      </w:tr>
      <w:tr w:rsidR="005A3BB1" w14:paraId="4FEB3066" w14:textId="77777777" w:rsidTr="005A3BB1">
        <w:tc>
          <w:tcPr>
            <w:tcW w:w="8630" w:type="dxa"/>
          </w:tcPr>
          <w:p w14:paraId="52DEFF0B" w14:textId="6C27F47E" w:rsidR="005A3BB1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43374582" w14:textId="77777777" w:rsidTr="005A3BB1">
        <w:tc>
          <w:tcPr>
            <w:tcW w:w="8630" w:type="dxa"/>
          </w:tcPr>
          <w:p w14:paraId="33EA6BD3" w14:textId="77777777" w:rsidR="005A3BB1" w:rsidRDefault="005A3BB1" w:rsidP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Liegt ein qualitativer Businessplan vor? Finanzplan für die nächsten 5 Jahre?</w:t>
            </w:r>
          </w:p>
        </w:tc>
      </w:tr>
      <w:tr w:rsidR="005A3BB1" w14:paraId="127E6C99" w14:textId="77777777" w:rsidTr="005A3BB1">
        <w:tc>
          <w:tcPr>
            <w:tcW w:w="8630" w:type="dxa"/>
          </w:tcPr>
          <w:p w14:paraId="6C5BA2B8" w14:textId="7AEA219A" w:rsidR="005A3BB1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46F8B562" w14:textId="77777777" w:rsidTr="005A3BB1">
        <w:tc>
          <w:tcPr>
            <w:tcW w:w="8630" w:type="dxa"/>
          </w:tcPr>
          <w:p w14:paraId="2446B0C8" w14:textId="0E147242" w:rsidR="005A3BB1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Wie ist die Konkurrenz-Situation? Welches sind die Hauptrisiken?</w:t>
            </w:r>
          </w:p>
        </w:tc>
      </w:tr>
      <w:tr w:rsidR="005A3BB1" w14:paraId="4B7D4327" w14:textId="77777777" w:rsidTr="005A3BB1">
        <w:tc>
          <w:tcPr>
            <w:tcW w:w="8630" w:type="dxa"/>
          </w:tcPr>
          <w:p w14:paraId="2230F6EA" w14:textId="0D657A14" w:rsidR="005A3BB1" w:rsidRPr="00AF6CBB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5B2BFE36" w14:textId="77777777" w:rsidTr="005A3BB1">
        <w:tc>
          <w:tcPr>
            <w:tcW w:w="8630" w:type="dxa"/>
          </w:tcPr>
          <w:p w14:paraId="21E4A21D" w14:textId="07D131F2" w:rsidR="005A3BB1" w:rsidRPr="00AF6CBB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lastRenderedPageBreak/>
              <w:t>Kann das von Ihnen benötigte Personal am lokalen Arbeitsplatz rekrutiert werden?</w:t>
            </w:r>
          </w:p>
        </w:tc>
      </w:tr>
      <w:tr w:rsidR="005A3BB1" w14:paraId="79FD8B31" w14:textId="77777777" w:rsidTr="005A3BB1">
        <w:tc>
          <w:tcPr>
            <w:tcW w:w="8630" w:type="dxa"/>
          </w:tcPr>
          <w:p w14:paraId="6E20C39F" w14:textId="2D9EC15E" w:rsidR="005A3BB1" w:rsidRPr="00AF6CBB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54FFAE0C" w14:textId="77777777" w:rsidTr="005A3BB1">
        <w:tc>
          <w:tcPr>
            <w:tcW w:w="8630" w:type="dxa"/>
          </w:tcPr>
          <w:p w14:paraId="3E3A1335" w14:textId="442BFD5B" w:rsidR="005A3BB1" w:rsidRPr="00AF6CBB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Welcher Personalbedarf ist nötig?</w:t>
            </w:r>
          </w:p>
        </w:tc>
      </w:tr>
      <w:tr w:rsidR="005A3BB1" w14:paraId="46BBA9D3" w14:textId="77777777" w:rsidTr="005A3BB1">
        <w:tc>
          <w:tcPr>
            <w:tcW w:w="8630" w:type="dxa"/>
          </w:tcPr>
          <w:p w14:paraId="045B89A1" w14:textId="322CEC81" w:rsidR="005A3BB1" w:rsidRPr="00AF6CBB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14EC0A50" w14:textId="77777777" w:rsidTr="005A3BB1">
        <w:tc>
          <w:tcPr>
            <w:tcW w:w="8630" w:type="dxa"/>
          </w:tcPr>
          <w:p w14:paraId="0FD26151" w14:textId="4392FD28" w:rsidR="005A3BB1" w:rsidRPr="00AF6CBB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Qualifikation des Personals?</w:t>
            </w:r>
          </w:p>
        </w:tc>
      </w:tr>
      <w:tr w:rsidR="005A3BB1" w14:paraId="1EB09469" w14:textId="77777777" w:rsidTr="005A3BB1">
        <w:tc>
          <w:tcPr>
            <w:tcW w:w="8630" w:type="dxa"/>
          </w:tcPr>
          <w:p w14:paraId="19243FCF" w14:textId="192A0A36" w:rsidR="005A3BB1" w:rsidRPr="00AF6CBB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</w:tbl>
    <w:p w14:paraId="477E5CB1" w14:textId="77777777" w:rsidR="00AD2DC8" w:rsidRPr="00AF6CBB" w:rsidRDefault="00AD2DC8" w:rsidP="00AD2DC8">
      <w:pPr>
        <w:rPr>
          <w:rFonts w:ascii="Sofia Pro" w:hAnsi="Sofia Pro"/>
          <w:lang w:val="de-CH"/>
        </w:rPr>
      </w:pPr>
    </w:p>
    <w:p w14:paraId="013608C9" w14:textId="0C951BA8" w:rsidR="00CD3C79" w:rsidRPr="00AF6CBB" w:rsidRDefault="00FF37DA">
      <w:pPr>
        <w:spacing w:before="160" w:after="80"/>
        <w:rPr>
          <w:rFonts w:ascii="Sofia Pro" w:hAnsi="Sofia Pro"/>
          <w:lang w:val="de-CH"/>
        </w:rPr>
      </w:pPr>
      <w:r w:rsidRPr="00AF6CBB">
        <w:rPr>
          <w:rFonts w:ascii="Sofia Pro" w:hAnsi="Sofia Pro"/>
          <w:b/>
          <w:sz w:val="28"/>
          <w:lang w:val="de-CH"/>
        </w:rPr>
        <w:t>6. Arbeitsmarkt, Umweltverträglichkeit, Imagewirkung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630"/>
      </w:tblGrid>
      <w:tr w:rsidR="005A3BB1" w14:paraId="1A47A390" w14:textId="77777777" w:rsidTr="005A3BB1">
        <w:tc>
          <w:tcPr>
            <w:tcW w:w="8630" w:type="dxa"/>
          </w:tcPr>
          <w:p w14:paraId="65201161" w14:textId="661F3BCD" w:rsidR="005A3BB1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Besteht eine Wirkung auf Zulieferbetriebe aus dem lokalen Markt?</w:t>
            </w:r>
          </w:p>
        </w:tc>
      </w:tr>
      <w:tr w:rsidR="005A3BB1" w14:paraId="2FD2FC27" w14:textId="77777777" w:rsidTr="005A3BB1">
        <w:tc>
          <w:tcPr>
            <w:tcW w:w="8630" w:type="dxa"/>
          </w:tcPr>
          <w:p w14:paraId="495A7F50" w14:textId="677514CF" w:rsidR="005A3BB1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  <w:tr w:rsidR="005A3BB1" w14:paraId="0793B6F8" w14:textId="77777777" w:rsidTr="005A3BB1">
        <w:tc>
          <w:tcPr>
            <w:tcW w:w="8630" w:type="dxa"/>
          </w:tcPr>
          <w:p w14:paraId="4C2020B6" w14:textId="63B7532A" w:rsidR="005A3BB1" w:rsidRDefault="005A3BB1">
            <w:pPr>
              <w:rPr>
                <w:rFonts w:ascii="Sofia Pro" w:hAnsi="Sofia Pro"/>
                <w:b/>
                <w:lang w:val="de-CH"/>
              </w:rPr>
            </w:pPr>
            <w:r w:rsidRPr="00AF6CBB">
              <w:rPr>
                <w:rFonts w:ascii="Sofia Pro" w:hAnsi="Sofia Pro"/>
                <w:b/>
                <w:lang w:val="de-CH"/>
              </w:rPr>
              <w:t>Besteht eine Wirkung auf lokale Gastronomie &amp; Hotellerie?</w:t>
            </w:r>
          </w:p>
        </w:tc>
      </w:tr>
      <w:tr w:rsidR="005A3BB1" w14:paraId="2D57825C" w14:textId="77777777" w:rsidTr="005A3BB1">
        <w:tc>
          <w:tcPr>
            <w:tcW w:w="8630" w:type="dxa"/>
          </w:tcPr>
          <w:p w14:paraId="48DEFB32" w14:textId="73AC765D" w:rsidR="005A3BB1" w:rsidRDefault="007514D6">
            <w:pPr>
              <w:rPr>
                <w:rFonts w:ascii="Sofia Pro" w:hAnsi="Sofia Pro"/>
                <w:b/>
                <w:lang w:val="de-CH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</w:tbl>
    <w:p w14:paraId="55B6DB80" w14:textId="77777777" w:rsidR="00AD2DC8" w:rsidRPr="00AF6CBB" w:rsidRDefault="00AD2DC8" w:rsidP="00AD2DC8">
      <w:pPr>
        <w:rPr>
          <w:rFonts w:ascii="Sofia Pro" w:hAnsi="Sofia Pro"/>
          <w:lang w:val="de-CH"/>
        </w:rPr>
      </w:pPr>
    </w:p>
    <w:p w14:paraId="260FE75F" w14:textId="77777777" w:rsidR="00CD3C79" w:rsidRPr="00AF6CBB" w:rsidRDefault="00FF37DA">
      <w:pPr>
        <w:spacing w:before="160" w:after="80"/>
        <w:rPr>
          <w:rFonts w:ascii="Sofia Pro" w:hAnsi="Sofia Pro"/>
          <w:lang w:val="de-CH"/>
        </w:rPr>
      </w:pPr>
      <w:r w:rsidRPr="00AF6CBB">
        <w:rPr>
          <w:rFonts w:ascii="Sofia Pro" w:hAnsi="Sofia Pro"/>
          <w:b/>
          <w:sz w:val="28"/>
          <w:lang w:val="de-CH"/>
        </w:rPr>
        <w:t>7. Beilagen zum Gesuch</w:t>
      </w:r>
    </w:p>
    <w:p w14:paraId="4B2BE12B" w14:textId="77777777" w:rsidR="00CD3C79" w:rsidRPr="00AF6CBB" w:rsidRDefault="00FF37DA">
      <w:pPr>
        <w:rPr>
          <w:rFonts w:ascii="Sofia Pro" w:hAnsi="Sofia Pro"/>
          <w:lang w:val="de-CH"/>
        </w:rPr>
      </w:pPr>
      <w:r w:rsidRPr="00AF6CBB">
        <w:rPr>
          <w:rFonts w:ascii="Sofia Pro" w:hAnsi="Sofia Pro"/>
          <w:lang w:val="de-CH"/>
        </w:rPr>
        <w:t>Zusammen mit dem Mietergesuch sind folgende Dokumente einzureichen:</w:t>
      </w:r>
    </w:p>
    <w:p w14:paraId="6D6A12E9" w14:textId="49BC03F5" w:rsidR="00CD3C79" w:rsidRPr="00AF6CBB" w:rsidRDefault="00410674" w:rsidP="009E462D">
      <w:pPr>
        <w:spacing w:after="0" w:line="240" w:lineRule="auto"/>
        <w:rPr>
          <w:rFonts w:ascii="Sofia Pro" w:hAnsi="Sofia Pro"/>
          <w:lang w:val="de-CH"/>
        </w:rPr>
      </w:pPr>
      <w:sdt>
        <w:sdtPr>
          <w:rPr>
            <w:rFonts w:ascii="Sofia Pro" w:hAnsi="Sofia Pro"/>
            <w:lang w:val="de-CH"/>
          </w:rPr>
          <w:id w:val="-1713336225"/>
          <w:placeholder>
            <w:docPart w:val="DefaultPlaceholder_-1854013440"/>
          </w:placeholder>
          <w:text/>
        </w:sdtPr>
        <w:sdtEndPr/>
        <w:sdtContent>
          <w:r w:rsidR="00FF37DA" w:rsidRPr="00AF6CBB">
            <w:rPr>
              <w:rFonts w:ascii="Sofia Pro" w:hAnsi="Sofia Pro"/>
              <w:lang w:val="de-CH"/>
            </w:rPr>
            <w:t>☐</w:t>
          </w:r>
        </w:sdtContent>
      </w:sdt>
      <w:r w:rsidR="00FF37DA" w:rsidRPr="00AF6CBB">
        <w:rPr>
          <w:rFonts w:ascii="Sofia Pro" w:hAnsi="Sofia Pro"/>
          <w:lang w:val="de-CH"/>
        </w:rPr>
        <w:t xml:space="preserve"> Businessplan</w:t>
      </w:r>
    </w:p>
    <w:p w14:paraId="1964668A" w14:textId="3B338137" w:rsidR="00CD3C79" w:rsidRPr="00AF6CBB" w:rsidRDefault="00410674" w:rsidP="009E462D">
      <w:pPr>
        <w:spacing w:after="0" w:line="240" w:lineRule="auto"/>
        <w:rPr>
          <w:rFonts w:ascii="Sofia Pro" w:hAnsi="Sofia Pro"/>
          <w:lang w:val="de-CH"/>
        </w:rPr>
      </w:pPr>
      <w:sdt>
        <w:sdtPr>
          <w:rPr>
            <w:rFonts w:ascii="Sofia Pro" w:hAnsi="Sofia Pro"/>
            <w:lang w:val="de-CH"/>
          </w:rPr>
          <w:id w:val="-2082363086"/>
          <w:placeholder>
            <w:docPart w:val="DefaultPlaceholder_-1854013440"/>
          </w:placeholder>
          <w:text/>
        </w:sdtPr>
        <w:sdtEndPr/>
        <w:sdtContent>
          <w:r w:rsidR="00FF37DA" w:rsidRPr="00AF6CBB">
            <w:rPr>
              <w:rFonts w:ascii="Sofia Pro" w:hAnsi="Sofia Pro"/>
              <w:lang w:val="de-CH"/>
            </w:rPr>
            <w:t>☐</w:t>
          </w:r>
        </w:sdtContent>
      </w:sdt>
      <w:r w:rsidR="00FF37DA" w:rsidRPr="00AF6CBB">
        <w:rPr>
          <w:rFonts w:ascii="Sofia Pro" w:hAnsi="Sofia Pro"/>
          <w:lang w:val="de-CH"/>
        </w:rPr>
        <w:t xml:space="preserve"> Budget</w:t>
      </w:r>
    </w:p>
    <w:p w14:paraId="3BBE7335" w14:textId="461EDFDE" w:rsidR="00CD3C79" w:rsidRPr="00AF6CBB" w:rsidRDefault="00410674" w:rsidP="009E462D">
      <w:pPr>
        <w:spacing w:after="0" w:line="240" w:lineRule="auto"/>
        <w:rPr>
          <w:rFonts w:ascii="Sofia Pro" w:hAnsi="Sofia Pro"/>
          <w:lang w:val="de-CH"/>
        </w:rPr>
      </w:pPr>
      <w:sdt>
        <w:sdtPr>
          <w:rPr>
            <w:rFonts w:ascii="Sofia Pro" w:hAnsi="Sofia Pro"/>
            <w:lang w:val="de-CH"/>
          </w:rPr>
          <w:id w:val="1392319448"/>
          <w:placeholder>
            <w:docPart w:val="DefaultPlaceholder_-1854013440"/>
          </w:placeholder>
          <w:text/>
        </w:sdtPr>
        <w:sdtEndPr/>
        <w:sdtContent>
          <w:r w:rsidR="00FF37DA" w:rsidRPr="00AF6CBB">
            <w:rPr>
              <w:rFonts w:ascii="Sofia Pro" w:hAnsi="Sofia Pro"/>
              <w:lang w:val="de-CH"/>
            </w:rPr>
            <w:t>☐</w:t>
          </w:r>
        </w:sdtContent>
      </w:sdt>
      <w:r w:rsidR="00FF37DA" w:rsidRPr="00AF6CBB">
        <w:rPr>
          <w:rFonts w:ascii="Sofia Pro" w:hAnsi="Sofia Pro"/>
          <w:lang w:val="de-CH"/>
        </w:rPr>
        <w:t xml:space="preserve"> Jahresrechnung der letzten 2 Jahre (falls vorhanden)</w:t>
      </w:r>
    </w:p>
    <w:p w14:paraId="14567F24" w14:textId="40ED9805" w:rsidR="00CD3C79" w:rsidRPr="00AF6CBB" w:rsidRDefault="00410674" w:rsidP="009E462D">
      <w:pPr>
        <w:spacing w:after="0" w:line="240" w:lineRule="auto"/>
        <w:rPr>
          <w:rFonts w:ascii="Sofia Pro" w:hAnsi="Sofia Pro"/>
          <w:lang w:val="de-CH"/>
        </w:rPr>
      </w:pPr>
      <w:sdt>
        <w:sdtPr>
          <w:rPr>
            <w:rFonts w:ascii="Sofia Pro" w:hAnsi="Sofia Pro"/>
            <w:lang w:val="de-CH"/>
          </w:rPr>
          <w:id w:val="-338002856"/>
          <w:placeholder>
            <w:docPart w:val="DefaultPlaceholder_-1854013440"/>
          </w:placeholder>
          <w:text/>
        </w:sdtPr>
        <w:sdtEndPr/>
        <w:sdtContent>
          <w:r w:rsidR="00FF37DA" w:rsidRPr="00AF6CBB">
            <w:rPr>
              <w:rFonts w:ascii="Sofia Pro" w:hAnsi="Sofia Pro"/>
              <w:lang w:val="de-CH"/>
            </w:rPr>
            <w:t>☐</w:t>
          </w:r>
        </w:sdtContent>
      </w:sdt>
      <w:r w:rsidR="00FF37DA" w:rsidRPr="00AF6CBB">
        <w:rPr>
          <w:rFonts w:ascii="Sofia Pro" w:hAnsi="Sofia Pro"/>
          <w:lang w:val="de-CH"/>
        </w:rPr>
        <w:t xml:space="preserve"> Handelsregisterauszug</w:t>
      </w:r>
    </w:p>
    <w:p w14:paraId="5558351C" w14:textId="04247A7C" w:rsidR="00CD3C79" w:rsidRPr="00AF6CBB" w:rsidRDefault="00410674" w:rsidP="009E462D">
      <w:pPr>
        <w:spacing w:after="0" w:line="240" w:lineRule="auto"/>
        <w:rPr>
          <w:rFonts w:ascii="Sofia Pro" w:hAnsi="Sofia Pro"/>
          <w:lang w:val="de-CH"/>
        </w:rPr>
      </w:pPr>
      <w:sdt>
        <w:sdtPr>
          <w:rPr>
            <w:rFonts w:ascii="Sofia Pro" w:hAnsi="Sofia Pro"/>
            <w:lang w:val="de-CH"/>
          </w:rPr>
          <w:id w:val="217553788"/>
          <w:placeholder>
            <w:docPart w:val="DefaultPlaceholder_-1854013440"/>
          </w:placeholder>
          <w:text/>
        </w:sdtPr>
        <w:sdtEndPr/>
        <w:sdtContent>
          <w:r w:rsidR="00FF37DA" w:rsidRPr="00AF6CBB">
            <w:rPr>
              <w:rFonts w:ascii="Sofia Pro" w:hAnsi="Sofia Pro"/>
              <w:lang w:val="de-CH"/>
            </w:rPr>
            <w:t>☐</w:t>
          </w:r>
        </w:sdtContent>
      </w:sdt>
      <w:r w:rsidR="00FF37DA" w:rsidRPr="00AF6CBB">
        <w:rPr>
          <w:rFonts w:ascii="Sofia Pro" w:hAnsi="Sofia Pro"/>
          <w:lang w:val="de-CH"/>
        </w:rPr>
        <w:t xml:space="preserve"> Auszug Kreditzusicherung der Bank (falls vorhanden)</w:t>
      </w:r>
    </w:p>
    <w:p w14:paraId="33FA5362" w14:textId="5B59FB89" w:rsidR="00CD3C79" w:rsidRDefault="00410674" w:rsidP="009E462D">
      <w:pPr>
        <w:spacing w:after="0" w:line="240" w:lineRule="auto"/>
        <w:rPr>
          <w:rFonts w:ascii="Sofia Pro" w:hAnsi="Sofia Pro"/>
          <w:lang w:val="de-CH"/>
        </w:rPr>
      </w:pPr>
      <w:sdt>
        <w:sdtPr>
          <w:rPr>
            <w:rFonts w:ascii="Sofia Pro" w:hAnsi="Sofia Pro"/>
            <w:lang w:val="de-CH"/>
          </w:rPr>
          <w:id w:val="1277603634"/>
          <w:placeholder>
            <w:docPart w:val="DefaultPlaceholder_-1854013440"/>
          </w:placeholder>
          <w:text/>
        </w:sdtPr>
        <w:sdtEndPr/>
        <w:sdtContent>
          <w:r w:rsidR="00FF37DA" w:rsidRPr="00AF6CBB">
            <w:rPr>
              <w:rFonts w:ascii="Sofia Pro" w:hAnsi="Sofia Pro"/>
              <w:lang w:val="de-CH"/>
            </w:rPr>
            <w:t>☐</w:t>
          </w:r>
        </w:sdtContent>
      </w:sdt>
      <w:r w:rsidR="00FF37DA" w:rsidRPr="00AF6CBB">
        <w:rPr>
          <w:rFonts w:ascii="Sofia Pro" w:hAnsi="Sofia Pro"/>
          <w:lang w:val="de-CH"/>
        </w:rPr>
        <w:t xml:space="preserve"> Kopie der Haftpflichtversicherungspolice (5 Mio.)</w:t>
      </w:r>
    </w:p>
    <w:p w14:paraId="73C8C76B" w14:textId="77777777" w:rsidR="00AD2DC8" w:rsidRPr="00AF6CBB" w:rsidRDefault="00AD2DC8" w:rsidP="009E462D">
      <w:pPr>
        <w:spacing w:after="0" w:line="240" w:lineRule="auto"/>
        <w:rPr>
          <w:rFonts w:ascii="Sofia Pro" w:hAnsi="Sofia Pro"/>
          <w:lang w:val="de-CH"/>
        </w:rPr>
      </w:pPr>
    </w:p>
    <w:p w14:paraId="255D92C5" w14:textId="77777777" w:rsidR="00CD3C79" w:rsidRPr="00AF6CBB" w:rsidRDefault="00FF37DA">
      <w:pPr>
        <w:spacing w:before="160" w:after="80"/>
        <w:rPr>
          <w:rFonts w:ascii="Sofia Pro" w:hAnsi="Sofia Pro"/>
          <w:lang w:val="de-CH"/>
        </w:rPr>
      </w:pPr>
      <w:r w:rsidRPr="00AF6CBB">
        <w:rPr>
          <w:rFonts w:ascii="Sofia Pro" w:hAnsi="Sofia Pro"/>
          <w:b/>
          <w:sz w:val="28"/>
          <w:lang w:val="de-CH"/>
        </w:rPr>
        <w:t>8. Einreichung</w:t>
      </w:r>
    </w:p>
    <w:p w14:paraId="28DA8374" w14:textId="77777777" w:rsidR="001A2CD4" w:rsidRDefault="001A2CD4" w:rsidP="001A2CD4">
      <w:pPr>
        <w:rPr>
          <w:rFonts w:ascii="Sofia Pro" w:hAnsi="Sofia Pro"/>
        </w:rPr>
      </w:pPr>
      <w:r w:rsidRPr="002D762C">
        <w:rPr>
          <w:rFonts w:ascii="Sofia Pro" w:hAnsi="Sofia Pro"/>
        </w:rPr>
        <w:t>Das Gesuch ist</w:t>
      </w:r>
      <w:r>
        <w:rPr>
          <w:rFonts w:ascii="Sofia Pro" w:hAnsi="Sofia Pro"/>
        </w:rPr>
        <w:t xml:space="preserve"> per Post oder E-Mail</w:t>
      </w:r>
      <w:r w:rsidRPr="002D762C">
        <w:rPr>
          <w:rFonts w:ascii="Sofia Pro" w:hAnsi="Sofia Pro"/>
        </w:rPr>
        <w:t xml:space="preserve"> einzureichen an die Geschäftsstelle des Startup Pilatus.</w:t>
      </w:r>
      <w:r>
        <w:rPr>
          <w:rFonts w:ascii="Sofia Pro" w:hAnsi="Sofia Pro"/>
        </w:rPr>
        <w:t xml:space="preserve"> </w:t>
      </w:r>
    </w:p>
    <w:p w14:paraId="600C463F" w14:textId="77777777" w:rsidR="003671CF" w:rsidRPr="002D762C" w:rsidRDefault="003671CF" w:rsidP="003671CF">
      <w:pPr>
        <w:rPr>
          <w:rFonts w:ascii="Sofia Pro" w:hAnsi="Sofia Pro"/>
        </w:rPr>
      </w:pPr>
      <w:r w:rsidRPr="002D762C">
        <w:rPr>
          <w:rFonts w:ascii="Sofia Pro" w:hAnsi="Sofia Pro"/>
        </w:rPr>
        <w:t>Startup Pilatus</w:t>
      </w:r>
      <w:r>
        <w:rPr>
          <w:rFonts w:ascii="Sofia Pro" w:hAnsi="Sofia Pro"/>
        </w:rPr>
        <w:t xml:space="preserve"> / </w:t>
      </w:r>
      <w:r w:rsidRPr="002D762C">
        <w:rPr>
          <w:rFonts w:ascii="Sofia Pro" w:hAnsi="Sofia Pro"/>
        </w:rPr>
        <w:t>Kägiswilerstrasse 17</w:t>
      </w:r>
      <w:r>
        <w:rPr>
          <w:rFonts w:ascii="Sofia Pro" w:hAnsi="Sofia Pro"/>
        </w:rPr>
        <w:t xml:space="preserve"> / </w:t>
      </w:r>
      <w:r w:rsidRPr="002D762C">
        <w:rPr>
          <w:rFonts w:ascii="Sofia Pro" w:hAnsi="Sofia Pro"/>
        </w:rPr>
        <w:t>6060 Sarnen</w:t>
      </w:r>
      <w:r>
        <w:rPr>
          <w:rFonts w:ascii="Sofia Pro" w:hAnsi="Sofia Pro"/>
        </w:rPr>
        <w:t xml:space="preserve"> oder </w:t>
      </w:r>
      <w:r w:rsidRPr="002D762C">
        <w:rPr>
          <w:rFonts w:ascii="Sofia Pro" w:hAnsi="Sofia Pro"/>
        </w:rPr>
        <w:t>info@startup-pilatus.ch</w:t>
      </w:r>
    </w:p>
    <w:p w14:paraId="1AE138A6" w14:textId="77777777" w:rsidR="00AD2DC8" w:rsidRPr="002D762C" w:rsidRDefault="00AD2DC8" w:rsidP="00AD2DC8">
      <w:pPr>
        <w:rPr>
          <w:rFonts w:ascii="Sofia Pro" w:hAnsi="Sofia Pro"/>
        </w:rPr>
      </w:pPr>
      <w:r w:rsidRPr="002D762C">
        <w:rPr>
          <w:rFonts w:ascii="Sofia Pro" w:hAnsi="Sofia Pro"/>
        </w:rPr>
        <w:t>Mit der Unterschrift bestätigen Sie, dass alle oben erwähnten Angaben korrekt sind</w:t>
      </w:r>
      <w:r>
        <w:rPr>
          <w:rFonts w:ascii="Sofia Pro" w:hAnsi="Sofia Pro"/>
        </w:rPr>
        <w:t xml:space="preserve"> und Startup Pilatus nach Erhalt mit Ihnen Kontakt aufnehmen darf: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5658"/>
      </w:tblGrid>
      <w:tr w:rsidR="00BD401A" w:rsidRPr="002D762C" w14:paraId="1E1365A6" w14:textId="77777777" w:rsidTr="00075C59">
        <w:trPr>
          <w:jc w:val="center"/>
        </w:trPr>
        <w:tc>
          <w:tcPr>
            <w:tcW w:w="2972" w:type="dxa"/>
            <w:vAlign w:val="center"/>
          </w:tcPr>
          <w:p w14:paraId="0EC3D6C7" w14:textId="77777777" w:rsidR="00BD401A" w:rsidRPr="002D762C" w:rsidRDefault="00BD401A" w:rsidP="00075C59">
            <w:pPr>
              <w:spacing w:before="60" w:after="60"/>
              <w:rPr>
                <w:rFonts w:ascii="Sofia Pro" w:hAnsi="Sofia Pro"/>
              </w:rPr>
            </w:pPr>
            <w:r w:rsidRPr="002D762C">
              <w:rPr>
                <w:rFonts w:ascii="Sofia Pro" w:hAnsi="Sofia Pro"/>
                <w:b/>
              </w:rPr>
              <w:t>Ort / Datum</w:t>
            </w:r>
            <w:r>
              <w:rPr>
                <w:rFonts w:ascii="Sofia Pro" w:hAnsi="Sofia Pro"/>
                <w:b/>
              </w:rPr>
              <w:t xml:space="preserve"> &amp; Unterschrift</w:t>
            </w:r>
          </w:p>
        </w:tc>
        <w:tc>
          <w:tcPr>
            <w:tcW w:w="5658" w:type="dxa"/>
            <w:vAlign w:val="center"/>
          </w:tcPr>
          <w:p w14:paraId="0A133636" w14:textId="02855F35" w:rsidR="00BD401A" w:rsidRPr="002D762C" w:rsidRDefault="007514D6" w:rsidP="00075C59">
            <w:pPr>
              <w:rPr>
                <w:rFonts w:ascii="Sofia Pro" w:hAnsi="Sofia Pro"/>
              </w:rPr>
            </w:pPr>
            <w:r>
              <w:rPr>
                <w:rFonts w:ascii="Sofia Pro" w:hAnsi="Sofia Pro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Sofia Pro" w:hAnsi="Sofia Pro"/>
                <w:lang w:val="de-CH"/>
              </w:rPr>
              <w:instrText xml:space="preserve"> FORMTEXT </w:instrText>
            </w:r>
            <w:r>
              <w:rPr>
                <w:rFonts w:ascii="Sofia Pro" w:hAnsi="Sofia Pro"/>
                <w:lang w:val="de-CH"/>
              </w:rPr>
            </w:r>
            <w:r>
              <w:rPr>
                <w:rFonts w:ascii="Sofia Pro" w:hAnsi="Sofia Pro"/>
                <w:lang w:val="de-CH"/>
              </w:rPr>
              <w:fldChar w:fldCharType="separate"/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noProof/>
                <w:lang w:val="de-CH"/>
              </w:rPr>
              <w:t> </w:t>
            </w:r>
            <w:r>
              <w:rPr>
                <w:rFonts w:ascii="Sofia Pro" w:hAnsi="Sofia Pro"/>
                <w:lang w:val="de-CH"/>
              </w:rPr>
              <w:fldChar w:fldCharType="end"/>
            </w:r>
          </w:p>
        </w:tc>
      </w:tr>
    </w:tbl>
    <w:p w14:paraId="1DBDA085" w14:textId="77777777" w:rsidR="00BD401A" w:rsidRPr="00BD401A" w:rsidRDefault="00BD401A">
      <w:pPr>
        <w:rPr>
          <w:rFonts w:ascii="Sofia Pro" w:hAnsi="Sofia Pro"/>
        </w:rPr>
      </w:pPr>
    </w:p>
    <w:sectPr w:rsidR="00BD401A" w:rsidRPr="00BD401A" w:rsidSect="002B5A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701" w:right="1797" w:bottom="1276" w:left="1797" w:header="454" w:footer="1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8D4FD" w14:textId="77777777" w:rsidR="00410674" w:rsidRDefault="00410674">
      <w:pPr>
        <w:spacing w:after="0" w:line="240" w:lineRule="auto"/>
      </w:pPr>
      <w:r>
        <w:separator/>
      </w:r>
    </w:p>
  </w:endnote>
  <w:endnote w:type="continuationSeparator" w:id="0">
    <w:p w14:paraId="028398DB" w14:textId="77777777" w:rsidR="00410674" w:rsidRDefault="00410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ofia Pro">
    <w:altName w:val="Calibri"/>
    <w:panose1 w:val="00000500000000000000"/>
    <w:charset w:val="00"/>
    <w:family w:val="modern"/>
    <w:notTrueType/>
    <w:pitch w:val="variable"/>
    <w:sig w:usb0="A00002AF" w:usb1="5000004B" w:usb2="00000000" w:usb3="00000000" w:csb0="0000019F" w:csb1="00000000"/>
  </w:font>
  <w:font w:name="Sofia Pro Black">
    <w:panose1 w:val="00000A00000000000000"/>
    <w:charset w:val="00"/>
    <w:family w:val="modern"/>
    <w:notTrueType/>
    <w:pitch w:val="variable"/>
    <w:sig w:usb0="A00002AF" w:usb1="5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49CB6" w14:textId="77777777" w:rsidR="00617BA7" w:rsidRDefault="00617B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B4CC" w14:textId="3EDB48E1" w:rsidR="00CD3C79" w:rsidRPr="00B957A7" w:rsidRDefault="002D0CD4" w:rsidP="002D0CD4">
    <w:pPr>
      <w:rPr>
        <w:rFonts w:ascii="Sofia Pro" w:hAnsi="Sofia Pro"/>
        <w:i/>
        <w:iCs/>
      </w:rPr>
    </w:pPr>
    <w:r w:rsidRPr="00B957A7">
      <w:rPr>
        <w:rFonts w:ascii="Sofia Pro" w:hAnsi="Sofia Pro"/>
        <w:i/>
        <w:iCs/>
      </w:rPr>
      <w:t>Startup Pilatus / Kägiswilerstrasse 17 / 6060 Sarnen / info@startup-pilatus.ch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FD59E" w14:textId="77777777" w:rsidR="00617BA7" w:rsidRDefault="00617B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C4BBC" w14:textId="77777777" w:rsidR="00410674" w:rsidRDefault="00410674">
      <w:pPr>
        <w:spacing w:after="0" w:line="240" w:lineRule="auto"/>
      </w:pPr>
      <w:r>
        <w:separator/>
      </w:r>
    </w:p>
  </w:footnote>
  <w:footnote w:type="continuationSeparator" w:id="0">
    <w:p w14:paraId="29E05C79" w14:textId="77777777" w:rsidR="00410674" w:rsidRDefault="00410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CFE51" w14:textId="77777777" w:rsidR="00617BA7" w:rsidRDefault="00617B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E9F61" w14:textId="1A707A2B" w:rsidR="00C23BF4" w:rsidRDefault="00776E91">
    <w:pPr>
      <w:pStyle w:val="Kopfzeile"/>
    </w:pPr>
    <w:r>
      <w:rPr>
        <w:rFonts w:ascii="Sofia Pro Black" w:hAnsi="Sofia Pro Black"/>
        <w:noProof/>
        <w:sz w:val="72"/>
        <w:szCs w:val="72"/>
      </w:rPr>
      <w:drawing>
        <wp:anchor distT="0" distB="0" distL="114300" distR="114300" simplePos="0" relativeHeight="251659264" behindDoc="0" locked="0" layoutInCell="1" allowOverlap="1" wp14:anchorId="680B7A64" wp14:editId="1B634611">
          <wp:simplePos x="0" y="0"/>
          <wp:positionH relativeFrom="page">
            <wp:posOffset>1141095</wp:posOffset>
          </wp:positionH>
          <wp:positionV relativeFrom="paragraph">
            <wp:posOffset>-635</wp:posOffset>
          </wp:positionV>
          <wp:extent cx="1338934" cy="764274"/>
          <wp:effectExtent l="0" t="0" r="0" b="0"/>
          <wp:wrapNone/>
          <wp:docPr id="151354256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934" cy="764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73FB1" w14:textId="29FD6A31" w:rsidR="00135749" w:rsidRDefault="00C23BF4" w:rsidP="00135749">
    <w:pPr>
      <w:pStyle w:val="Kopfzeile"/>
    </w:pPr>
    <w:r>
      <w:rPr>
        <w:rFonts w:ascii="Sofia Pro" w:hAnsi="Sofia Pro"/>
        <w:noProof/>
        <w:color w:val="1F497D"/>
        <w:lang w:eastAsia="de-CH"/>
      </w:rPr>
      <w:drawing>
        <wp:inline distT="0" distB="0" distL="0" distR="0" wp14:anchorId="48A13E12" wp14:editId="1189E6E0">
          <wp:extent cx="1162050" cy="1119861"/>
          <wp:effectExtent l="0" t="0" r="0" b="4445"/>
          <wp:docPr id="607718257" name="Grafik 607718257" descr="startup-pilatus-Logo_cmyk_bl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startup-pilatus-Logo_cmyk_blau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478" cy="1124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36EC35" w14:textId="77777777" w:rsidR="0022716C" w:rsidRPr="00135749" w:rsidRDefault="0022716C" w:rsidP="001357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304045">
    <w:abstractNumId w:val="8"/>
  </w:num>
  <w:num w:numId="2" w16cid:durableId="104349407">
    <w:abstractNumId w:val="6"/>
  </w:num>
  <w:num w:numId="3" w16cid:durableId="1301113087">
    <w:abstractNumId w:val="5"/>
  </w:num>
  <w:num w:numId="4" w16cid:durableId="1687948238">
    <w:abstractNumId w:val="4"/>
  </w:num>
  <w:num w:numId="5" w16cid:durableId="532305209">
    <w:abstractNumId w:val="7"/>
  </w:num>
  <w:num w:numId="6" w16cid:durableId="2000764144">
    <w:abstractNumId w:val="3"/>
  </w:num>
  <w:num w:numId="7" w16cid:durableId="1578439938">
    <w:abstractNumId w:val="2"/>
  </w:num>
  <w:num w:numId="8" w16cid:durableId="2073693706">
    <w:abstractNumId w:val="1"/>
  </w:num>
  <w:num w:numId="9" w16cid:durableId="111772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YIS8m4sDbVxLZi55+HCxJOJAB2fHcyJ/VMVFaaIQGgs6Y4lUJ+qfpu4zY7O7HyTYf0R/273Y5/jtIMH2wL2G3w==" w:salt="FRdr+bu0sG5Gq0wqnCVgu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5B7"/>
    <w:rsid w:val="000B0237"/>
    <w:rsid w:val="000E64B8"/>
    <w:rsid w:val="00135749"/>
    <w:rsid w:val="00143462"/>
    <w:rsid w:val="0015074B"/>
    <w:rsid w:val="00153721"/>
    <w:rsid w:val="001A2CD4"/>
    <w:rsid w:val="001C02BC"/>
    <w:rsid w:val="001E0133"/>
    <w:rsid w:val="001E6815"/>
    <w:rsid w:val="0022716C"/>
    <w:rsid w:val="002370DE"/>
    <w:rsid w:val="00244A34"/>
    <w:rsid w:val="00245C59"/>
    <w:rsid w:val="00274B1F"/>
    <w:rsid w:val="0029639D"/>
    <w:rsid w:val="002A21BB"/>
    <w:rsid w:val="002A567B"/>
    <w:rsid w:val="002B5AC4"/>
    <w:rsid w:val="002D0CD4"/>
    <w:rsid w:val="00324101"/>
    <w:rsid w:val="00325219"/>
    <w:rsid w:val="00326F90"/>
    <w:rsid w:val="003671CF"/>
    <w:rsid w:val="003D542A"/>
    <w:rsid w:val="003E0813"/>
    <w:rsid w:val="00406920"/>
    <w:rsid w:val="00410674"/>
    <w:rsid w:val="00423AF7"/>
    <w:rsid w:val="00452B6B"/>
    <w:rsid w:val="0046519A"/>
    <w:rsid w:val="004E4D09"/>
    <w:rsid w:val="00582C51"/>
    <w:rsid w:val="005A3BB1"/>
    <w:rsid w:val="005C2532"/>
    <w:rsid w:val="005F7A31"/>
    <w:rsid w:val="00617BA7"/>
    <w:rsid w:val="006556FB"/>
    <w:rsid w:val="006778B3"/>
    <w:rsid w:val="006813C8"/>
    <w:rsid w:val="006B7CF0"/>
    <w:rsid w:val="006E5204"/>
    <w:rsid w:val="00711038"/>
    <w:rsid w:val="0072556C"/>
    <w:rsid w:val="00737F65"/>
    <w:rsid w:val="007514D6"/>
    <w:rsid w:val="00756D03"/>
    <w:rsid w:val="00776E91"/>
    <w:rsid w:val="008248D6"/>
    <w:rsid w:val="0084522F"/>
    <w:rsid w:val="00852460"/>
    <w:rsid w:val="0086247F"/>
    <w:rsid w:val="008C6D68"/>
    <w:rsid w:val="009076BE"/>
    <w:rsid w:val="009119FB"/>
    <w:rsid w:val="0092619A"/>
    <w:rsid w:val="00943C6D"/>
    <w:rsid w:val="00960F1B"/>
    <w:rsid w:val="009E462D"/>
    <w:rsid w:val="00A4737B"/>
    <w:rsid w:val="00AA1D8D"/>
    <w:rsid w:val="00AD2DC8"/>
    <w:rsid w:val="00AF6CBB"/>
    <w:rsid w:val="00B47730"/>
    <w:rsid w:val="00B957A7"/>
    <w:rsid w:val="00BB4EF4"/>
    <w:rsid w:val="00BD401A"/>
    <w:rsid w:val="00C17029"/>
    <w:rsid w:val="00C23BF4"/>
    <w:rsid w:val="00C523ED"/>
    <w:rsid w:val="00C7109E"/>
    <w:rsid w:val="00CB0664"/>
    <w:rsid w:val="00CD3C79"/>
    <w:rsid w:val="00CE6BF6"/>
    <w:rsid w:val="00D21FB8"/>
    <w:rsid w:val="00E4328D"/>
    <w:rsid w:val="00E55257"/>
    <w:rsid w:val="00E6709F"/>
    <w:rsid w:val="00E8648C"/>
    <w:rsid w:val="00EA1B51"/>
    <w:rsid w:val="00EB21C6"/>
    <w:rsid w:val="00EC6781"/>
    <w:rsid w:val="00EE2CC0"/>
    <w:rsid w:val="00F00CA9"/>
    <w:rsid w:val="00F31AC8"/>
    <w:rsid w:val="00F51853"/>
    <w:rsid w:val="00F771A2"/>
    <w:rsid w:val="00FA6A84"/>
    <w:rsid w:val="00FC693F"/>
    <w:rsid w:val="00FF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538746E"/>
  <w14:defaultImageDpi w14:val="300"/>
  <w15:docId w15:val="{FDE977D5-353A-4CAA-BE70-5880AC4B8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92619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ED0D.84F24FA0" TargetMode="External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3C67BF-B194-41CC-850B-74BC0F0678A4}"/>
      </w:docPartPr>
      <w:docPartBody>
        <w:p w:rsidR="002F6092" w:rsidRDefault="00E57B7F">
          <w:r w:rsidRPr="004D7D4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ofia Pro">
    <w:altName w:val="Calibri"/>
    <w:panose1 w:val="00000500000000000000"/>
    <w:charset w:val="00"/>
    <w:family w:val="modern"/>
    <w:notTrueType/>
    <w:pitch w:val="variable"/>
    <w:sig w:usb0="A00002AF" w:usb1="5000004B" w:usb2="00000000" w:usb3="00000000" w:csb0="0000019F" w:csb1="00000000"/>
  </w:font>
  <w:font w:name="Sofia Pro Black">
    <w:panose1 w:val="00000A00000000000000"/>
    <w:charset w:val="00"/>
    <w:family w:val="modern"/>
    <w:notTrueType/>
    <w:pitch w:val="variable"/>
    <w:sig w:usb0="A00002AF" w:usb1="50000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B7F"/>
    <w:rsid w:val="000357D3"/>
    <w:rsid w:val="002623D8"/>
    <w:rsid w:val="002F6092"/>
    <w:rsid w:val="005F7A31"/>
    <w:rsid w:val="00602A9D"/>
    <w:rsid w:val="006F6958"/>
    <w:rsid w:val="00852460"/>
    <w:rsid w:val="0086247F"/>
    <w:rsid w:val="00872BEA"/>
    <w:rsid w:val="009119FB"/>
    <w:rsid w:val="00981574"/>
    <w:rsid w:val="00CE6BF6"/>
    <w:rsid w:val="00E5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8157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43A874C49B3E458A9E53051DD3F2C7" ma:contentTypeVersion="17" ma:contentTypeDescription="Ein neues Dokument erstellen." ma:contentTypeScope="" ma:versionID="276ac1907e91e6a41a253522d1e5a9e5">
  <xsd:schema xmlns:xsd="http://www.w3.org/2001/XMLSchema" xmlns:xs="http://www.w3.org/2001/XMLSchema" xmlns:p="http://schemas.microsoft.com/office/2006/metadata/properties" xmlns:ns2="e3680a4b-0f18-4538-8d4c-fc05ad751706" xmlns:ns3="f959776b-ed1f-4b35-b506-c6e32ca6a77e" targetNamespace="http://schemas.microsoft.com/office/2006/metadata/properties" ma:root="true" ma:fieldsID="54e2b90724032955f3ee7708075bfce4" ns2:_="" ns3:_="">
    <xsd:import namespace="e3680a4b-0f18-4538-8d4c-fc05ad751706"/>
    <xsd:import namespace="f959776b-ed1f-4b35-b506-c6e32ca6a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80a4b-0f18-4538-8d4c-fc05ad7517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11f78350-18dd-49ba-9d55-e7010c2f20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9776b-ed1f-4b35-b506-c6e32ca6a7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a113ff7-28f4-40f1-a830-fbd41c67f1c7}" ma:internalName="TaxCatchAll" ma:showField="CatchAllData" ma:web="f959776b-ed1f-4b35-b506-c6e32ca6a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680a4b-0f18-4538-8d4c-fc05ad751706">
      <Terms xmlns="http://schemas.microsoft.com/office/infopath/2007/PartnerControls"/>
    </lcf76f155ced4ddcb4097134ff3c332f>
    <TaxCatchAll xmlns="f959776b-ed1f-4b35-b506-c6e32ca6a77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2D594F-6743-4A0E-A8DF-BC0901F0A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80a4b-0f18-4538-8d4c-fc05ad751706"/>
    <ds:schemaRef ds:uri="f959776b-ed1f-4b35-b506-c6e32ca6a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53B339-C17D-4258-8BFB-7D4E575F2C21}">
  <ds:schemaRefs>
    <ds:schemaRef ds:uri="http://schemas.microsoft.com/office/2006/metadata/properties"/>
    <ds:schemaRef ds:uri="http://schemas.microsoft.com/office/infopath/2007/PartnerControls"/>
    <ds:schemaRef ds:uri="e3680a4b-0f18-4538-8d4c-fc05ad751706"/>
    <ds:schemaRef ds:uri="f959776b-ed1f-4b35-b506-c6e32ca6a77e"/>
  </ds:schemaRefs>
</ds:datastoreItem>
</file>

<file path=customXml/itemProps4.xml><?xml version="1.0" encoding="utf-8"?>
<ds:datastoreItem xmlns:ds="http://schemas.openxmlformats.org/officeDocument/2006/customXml" ds:itemID="{6C16D03D-B46A-41BC-90B8-1805D8C098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Katja Omlin</cp:lastModifiedBy>
  <cp:revision>70</cp:revision>
  <cp:lastPrinted>2026-09-22T08:33:00Z</cp:lastPrinted>
  <dcterms:created xsi:type="dcterms:W3CDTF">2026-09-07T08:26:00Z</dcterms:created>
  <dcterms:modified xsi:type="dcterms:W3CDTF">2026-09-22T09:04:00Z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0x0101003743A874C49B3E458A9E53051DD3F2C7</vt:lpwstr>
  </property>
  <property fmtid="{D5CDD505-2E9C-101B-9397-08002B2CF9AE}" pid="3" name="MediaServiceImageTags">
    <vt:lpwstr/>
  </property>
</Properties>
</file>